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3715B8" w14:textId="7441CEC3" w:rsidR="0014432A" w:rsidRPr="008377A1" w:rsidRDefault="00F30C7E" w:rsidP="000B6BD2">
      <w:pPr>
        <w:spacing w:before="120" w:after="120"/>
        <w:jc w:val="both"/>
        <w:rPr>
          <w:rFonts w:ascii="Calibri" w:hAnsi="Calibri" w:cs="Calibri"/>
        </w:rPr>
      </w:pPr>
      <w:r w:rsidRPr="008377A1">
        <w:rPr>
          <w:rFonts w:ascii="Calibri" w:hAnsi="Calibri" w:cs="Calibri"/>
        </w:rPr>
        <w:t xml:space="preserve">To process your appeal, please fill out this form completely. Note that if you do not complete this form, we will not be able to process your appeal. </w:t>
      </w:r>
      <w:r w:rsidR="00BA1DD1" w:rsidRPr="00BA1DD1">
        <w:rPr>
          <w:rFonts w:ascii="Calibri" w:hAnsi="Calibri" w:cs="Calibri"/>
        </w:rPr>
        <w:t>If applicable, include any supporting evidence or attachments related to your appeal and send them to info@floracert.com</w:t>
      </w:r>
      <w:r w:rsidR="0032469D" w:rsidRPr="008377A1">
        <w:rPr>
          <w:rFonts w:ascii="Calibri" w:hAnsi="Calibri" w:cs="Calibri"/>
        </w:rPr>
        <w:t xml:space="preserve">. </w:t>
      </w:r>
    </w:p>
    <w:tbl>
      <w:tblPr>
        <w:tblW w:w="9209" w:type="dxa"/>
        <w:jc w:val="center"/>
        <w:tblLayout w:type="fixed"/>
        <w:tblLook w:val="0000" w:firstRow="0" w:lastRow="0" w:firstColumn="0" w:lastColumn="0" w:noHBand="0" w:noVBand="0"/>
      </w:tblPr>
      <w:tblGrid>
        <w:gridCol w:w="4104"/>
        <w:gridCol w:w="10"/>
        <w:gridCol w:w="5095"/>
      </w:tblGrid>
      <w:tr w:rsidR="006E5A35" w:rsidRPr="008377A1" w14:paraId="37FD6737" w14:textId="77777777" w:rsidTr="006563F6">
        <w:trPr>
          <w:cantSplit/>
          <w:trHeight w:val="350"/>
          <w:jc w:val="center"/>
        </w:trPr>
        <w:tc>
          <w:tcPr>
            <w:tcW w:w="4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AE9F7"/>
          </w:tcPr>
          <w:p w14:paraId="21891335" w14:textId="2EB579A2" w:rsidR="00B566B4" w:rsidRPr="008377A1" w:rsidRDefault="006E5A35" w:rsidP="00B566B4">
            <w:pPr>
              <w:snapToGrid w:val="0"/>
              <w:spacing w:after="0" w:line="259" w:lineRule="auto"/>
              <w:rPr>
                <w:rFonts w:ascii="Calibri" w:eastAsia="Calibri" w:hAnsi="Calibri" w:cs="Calibri"/>
              </w:rPr>
            </w:pPr>
            <w:permStart w:id="822555038" w:edGrp="everyone" w:colFirst="1" w:colLast="1"/>
            <w:r w:rsidRPr="008377A1">
              <w:rPr>
                <w:rFonts w:ascii="Calibri" w:eastAsia="Calibri" w:hAnsi="Calibri" w:cs="Calibri"/>
                <w:b/>
              </w:rPr>
              <w:t>Name of person presenting complaint of appeal</w:t>
            </w:r>
          </w:p>
        </w:tc>
        <w:tc>
          <w:tcPr>
            <w:tcW w:w="5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2B294A6" w14:textId="77777777" w:rsidR="00B566B4" w:rsidRPr="008377A1" w:rsidRDefault="00B566B4" w:rsidP="00B566B4">
            <w:pPr>
              <w:tabs>
                <w:tab w:val="left" w:pos="-1080"/>
                <w:tab w:val="left" w:pos="-720"/>
                <w:tab w:val="left" w:pos="1"/>
                <w:tab w:val="left" w:pos="540"/>
                <w:tab w:val="left" w:pos="144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napToGrid w:val="0"/>
              <w:spacing w:after="0" w:line="259" w:lineRule="auto"/>
              <w:rPr>
                <w:rFonts w:ascii="Calibri" w:eastAsia="Calibri" w:hAnsi="Calibri" w:cs="Calibri"/>
              </w:rPr>
            </w:pPr>
            <w:r w:rsidRPr="008377A1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6E5A35" w:rsidRPr="008377A1" w14:paraId="33FBF141" w14:textId="77777777" w:rsidTr="006563F6">
        <w:trPr>
          <w:cantSplit/>
          <w:trHeight w:val="342"/>
          <w:jc w:val="center"/>
        </w:trPr>
        <w:tc>
          <w:tcPr>
            <w:tcW w:w="4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AE9F7"/>
          </w:tcPr>
          <w:p w14:paraId="1AC8F8C6" w14:textId="4833975B" w:rsidR="006E5A35" w:rsidRPr="008377A1" w:rsidRDefault="006E5A35" w:rsidP="00B566B4">
            <w:pPr>
              <w:tabs>
                <w:tab w:val="left" w:pos="-1080"/>
                <w:tab w:val="left" w:pos="-720"/>
                <w:tab w:val="left" w:pos="1"/>
                <w:tab w:val="left" w:pos="540"/>
                <w:tab w:val="left" w:pos="144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0" w:line="259" w:lineRule="auto"/>
              <w:rPr>
                <w:rFonts w:ascii="Calibri" w:eastAsia="Calibri" w:hAnsi="Calibri" w:cs="Calibri"/>
                <w:b/>
              </w:rPr>
            </w:pPr>
            <w:permStart w:id="951978409" w:edGrp="everyone" w:colFirst="1" w:colLast="1"/>
            <w:permEnd w:id="822555038"/>
            <w:r w:rsidRPr="008377A1">
              <w:rPr>
                <w:rFonts w:ascii="Calibri" w:eastAsia="Calibri" w:hAnsi="Calibri" w:cs="Calibri"/>
                <w:b/>
              </w:rPr>
              <w:t>Name of company (if applicable)</w:t>
            </w:r>
          </w:p>
        </w:tc>
        <w:tc>
          <w:tcPr>
            <w:tcW w:w="5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AFC815F" w14:textId="77777777" w:rsidR="006E5A35" w:rsidRPr="008377A1" w:rsidRDefault="006E5A35" w:rsidP="00B566B4">
            <w:pPr>
              <w:tabs>
                <w:tab w:val="left" w:pos="-1080"/>
                <w:tab w:val="left" w:pos="-720"/>
                <w:tab w:val="left" w:pos="1"/>
                <w:tab w:val="left" w:pos="540"/>
                <w:tab w:val="left" w:pos="144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napToGrid w:val="0"/>
              <w:spacing w:after="0" w:line="259" w:lineRule="auto"/>
              <w:rPr>
                <w:rFonts w:ascii="Calibri" w:eastAsia="Calibri" w:hAnsi="Calibri" w:cs="Calibri"/>
              </w:rPr>
            </w:pPr>
          </w:p>
        </w:tc>
      </w:tr>
      <w:tr w:rsidR="006E5A35" w:rsidRPr="008377A1" w14:paraId="3BF4BC47" w14:textId="77777777" w:rsidTr="006563F6">
        <w:trPr>
          <w:cantSplit/>
          <w:trHeight w:val="342"/>
          <w:jc w:val="center"/>
        </w:trPr>
        <w:tc>
          <w:tcPr>
            <w:tcW w:w="4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AE9F7"/>
          </w:tcPr>
          <w:p w14:paraId="0F6D8AB1" w14:textId="44D0828A" w:rsidR="00B566B4" w:rsidRPr="008377A1" w:rsidRDefault="00B566B4" w:rsidP="00B566B4">
            <w:pPr>
              <w:tabs>
                <w:tab w:val="left" w:pos="-1080"/>
                <w:tab w:val="left" w:pos="-720"/>
                <w:tab w:val="left" w:pos="1"/>
                <w:tab w:val="left" w:pos="540"/>
                <w:tab w:val="left" w:pos="144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0" w:line="259" w:lineRule="auto"/>
              <w:rPr>
                <w:rFonts w:ascii="Calibri" w:eastAsia="Calibri" w:hAnsi="Calibri" w:cs="Calibri"/>
              </w:rPr>
            </w:pPr>
            <w:permStart w:id="1270417199" w:edGrp="everyone" w:colFirst="1" w:colLast="1"/>
            <w:permEnd w:id="951978409"/>
            <w:r w:rsidRPr="008377A1">
              <w:rPr>
                <w:rFonts w:ascii="Calibri" w:eastAsia="Calibri" w:hAnsi="Calibri" w:cs="Calibri"/>
                <w:b/>
              </w:rPr>
              <w:t>Client ID (applicable</w:t>
            </w:r>
            <w:r w:rsidR="006E5A35" w:rsidRPr="008377A1">
              <w:rPr>
                <w:rFonts w:ascii="Calibri" w:eastAsia="Calibri" w:hAnsi="Calibri" w:cs="Calibri"/>
                <w:b/>
              </w:rPr>
              <w:t xml:space="preserve"> for FloraCert client</w:t>
            </w:r>
            <w:r w:rsidRPr="008377A1">
              <w:rPr>
                <w:rFonts w:ascii="Calibri" w:eastAsia="Calibri" w:hAnsi="Calibri" w:cs="Calibri"/>
                <w:b/>
              </w:rPr>
              <w:t>)</w:t>
            </w:r>
          </w:p>
        </w:tc>
        <w:tc>
          <w:tcPr>
            <w:tcW w:w="5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786E5661" w14:textId="77777777" w:rsidR="00B566B4" w:rsidRPr="008377A1" w:rsidRDefault="00B566B4" w:rsidP="00B566B4">
            <w:pPr>
              <w:tabs>
                <w:tab w:val="left" w:pos="-1080"/>
                <w:tab w:val="left" w:pos="-720"/>
                <w:tab w:val="left" w:pos="1"/>
                <w:tab w:val="left" w:pos="540"/>
                <w:tab w:val="left" w:pos="144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napToGrid w:val="0"/>
              <w:spacing w:after="0" w:line="259" w:lineRule="auto"/>
              <w:rPr>
                <w:rFonts w:ascii="Calibri" w:eastAsia="Calibri" w:hAnsi="Calibri" w:cs="Calibri"/>
              </w:rPr>
            </w:pPr>
          </w:p>
        </w:tc>
      </w:tr>
      <w:tr w:rsidR="006E5A35" w:rsidRPr="008377A1" w14:paraId="5D0A8E60" w14:textId="77777777" w:rsidTr="006563F6">
        <w:trPr>
          <w:cantSplit/>
          <w:trHeight w:val="201"/>
          <w:jc w:val="center"/>
        </w:trPr>
        <w:tc>
          <w:tcPr>
            <w:tcW w:w="4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AE9F7"/>
          </w:tcPr>
          <w:p w14:paraId="36E7BF25" w14:textId="77777777" w:rsidR="00B566B4" w:rsidRPr="008377A1" w:rsidRDefault="00B566B4" w:rsidP="00B566B4">
            <w:pPr>
              <w:tabs>
                <w:tab w:val="left" w:pos="-1080"/>
                <w:tab w:val="left" w:pos="-720"/>
                <w:tab w:val="left" w:pos="1"/>
                <w:tab w:val="left" w:pos="540"/>
                <w:tab w:val="left" w:pos="144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0" w:line="259" w:lineRule="auto"/>
              <w:rPr>
                <w:rFonts w:ascii="Calibri" w:eastAsia="Calibri" w:hAnsi="Calibri" w:cs="Calibri"/>
                <w:b/>
              </w:rPr>
            </w:pPr>
            <w:permStart w:id="270944340" w:edGrp="everyone" w:colFirst="1" w:colLast="1"/>
            <w:permEnd w:id="1270417199"/>
            <w:r w:rsidRPr="008377A1">
              <w:rPr>
                <w:rFonts w:ascii="Calibri" w:eastAsia="Calibri" w:hAnsi="Calibri" w:cs="Calibri"/>
                <w:b/>
                <w:bCs/>
              </w:rPr>
              <w:t xml:space="preserve">Company Adress </w:t>
            </w:r>
          </w:p>
        </w:tc>
        <w:tc>
          <w:tcPr>
            <w:tcW w:w="5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739CAFA0" w14:textId="77777777" w:rsidR="00B566B4" w:rsidRPr="008377A1" w:rsidRDefault="00B566B4" w:rsidP="00B566B4">
            <w:pPr>
              <w:tabs>
                <w:tab w:val="left" w:pos="-1080"/>
                <w:tab w:val="left" w:pos="-720"/>
                <w:tab w:val="left" w:pos="1"/>
                <w:tab w:val="left" w:pos="540"/>
                <w:tab w:val="left" w:pos="144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napToGrid w:val="0"/>
              <w:spacing w:after="0" w:line="259" w:lineRule="auto"/>
              <w:rPr>
                <w:rFonts w:ascii="Calibri" w:eastAsia="Calibri" w:hAnsi="Calibri" w:cs="Calibri"/>
              </w:rPr>
            </w:pPr>
          </w:p>
        </w:tc>
      </w:tr>
      <w:tr w:rsidR="006E5A35" w:rsidRPr="008377A1" w14:paraId="6E7A6AF8" w14:textId="77777777" w:rsidTr="006563F6">
        <w:trPr>
          <w:cantSplit/>
          <w:trHeight w:val="184"/>
          <w:jc w:val="center"/>
        </w:trPr>
        <w:tc>
          <w:tcPr>
            <w:tcW w:w="4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AE9F7"/>
          </w:tcPr>
          <w:p w14:paraId="7904DF73" w14:textId="0361AF5B" w:rsidR="00B566B4" w:rsidRPr="008377A1" w:rsidRDefault="006E5A35" w:rsidP="00B566B4">
            <w:pPr>
              <w:tabs>
                <w:tab w:val="left" w:pos="-1080"/>
                <w:tab w:val="left" w:pos="-720"/>
                <w:tab w:val="left" w:pos="1"/>
                <w:tab w:val="left" w:pos="540"/>
                <w:tab w:val="left" w:pos="144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0" w:line="259" w:lineRule="auto"/>
              <w:rPr>
                <w:rFonts w:ascii="Calibri" w:eastAsia="Calibri" w:hAnsi="Calibri" w:cs="Calibri"/>
                <w:b/>
                <w:bCs/>
              </w:rPr>
            </w:pPr>
            <w:permStart w:id="1755463616" w:edGrp="everyone" w:colFirst="1" w:colLast="1"/>
            <w:permEnd w:id="270944340"/>
            <w:r w:rsidRPr="008377A1">
              <w:rPr>
                <w:rFonts w:ascii="Calibri" w:eastAsia="Calibri" w:hAnsi="Calibri" w:cs="Calibri"/>
                <w:b/>
                <w:bCs/>
              </w:rPr>
              <w:t>Email</w:t>
            </w:r>
          </w:p>
        </w:tc>
        <w:tc>
          <w:tcPr>
            <w:tcW w:w="5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4AFD322B" w14:textId="77777777" w:rsidR="00B566B4" w:rsidRPr="008377A1" w:rsidRDefault="00B566B4" w:rsidP="00B566B4">
            <w:pPr>
              <w:tabs>
                <w:tab w:val="left" w:pos="-1080"/>
                <w:tab w:val="left" w:pos="-720"/>
                <w:tab w:val="left" w:pos="1"/>
                <w:tab w:val="left" w:pos="540"/>
                <w:tab w:val="left" w:pos="144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napToGrid w:val="0"/>
              <w:spacing w:after="0" w:line="259" w:lineRule="auto"/>
              <w:rPr>
                <w:rFonts w:ascii="Calibri" w:eastAsia="Calibri" w:hAnsi="Calibri" w:cs="Calibri"/>
              </w:rPr>
            </w:pPr>
          </w:p>
        </w:tc>
      </w:tr>
      <w:tr w:rsidR="006E5A35" w:rsidRPr="008377A1" w14:paraId="34E19A43" w14:textId="77777777" w:rsidTr="006563F6">
        <w:trPr>
          <w:cantSplit/>
          <w:trHeight w:val="208"/>
          <w:jc w:val="center"/>
        </w:trPr>
        <w:tc>
          <w:tcPr>
            <w:tcW w:w="4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AE9F7"/>
          </w:tcPr>
          <w:p w14:paraId="696693A4" w14:textId="7FD0373B" w:rsidR="00B566B4" w:rsidRPr="008377A1" w:rsidRDefault="006E5A35" w:rsidP="00B566B4">
            <w:pPr>
              <w:tabs>
                <w:tab w:val="left" w:pos="-1080"/>
                <w:tab w:val="left" w:pos="-720"/>
                <w:tab w:val="left" w:pos="1"/>
                <w:tab w:val="left" w:pos="540"/>
                <w:tab w:val="left" w:pos="144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0" w:line="259" w:lineRule="auto"/>
              <w:rPr>
                <w:rFonts w:ascii="Calibri" w:eastAsia="Calibri" w:hAnsi="Calibri" w:cs="Calibri"/>
                <w:b/>
                <w:bCs/>
              </w:rPr>
            </w:pPr>
            <w:permStart w:id="1598710782" w:edGrp="everyone" w:colFirst="1" w:colLast="1"/>
            <w:permEnd w:id="1755463616"/>
            <w:r w:rsidRPr="008377A1">
              <w:rPr>
                <w:rFonts w:ascii="Calibri" w:eastAsia="Calibri" w:hAnsi="Calibri" w:cs="Calibri"/>
                <w:b/>
                <w:bCs/>
              </w:rPr>
              <w:t>Phone/Mobile</w:t>
            </w:r>
          </w:p>
        </w:tc>
        <w:tc>
          <w:tcPr>
            <w:tcW w:w="5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F3AFBFB" w14:textId="77777777" w:rsidR="00B566B4" w:rsidRPr="008377A1" w:rsidRDefault="00B566B4" w:rsidP="00B566B4">
            <w:pPr>
              <w:tabs>
                <w:tab w:val="left" w:pos="-1080"/>
                <w:tab w:val="left" w:pos="-720"/>
                <w:tab w:val="left" w:pos="1"/>
                <w:tab w:val="left" w:pos="540"/>
                <w:tab w:val="left" w:pos="144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napToGrid w:val="0"/>
              <w:spacing w:after="0" w:line="259" w:lineRule="auto"/>
              <w:rPr>
                <w:rFonts w:ascii="Calibri" w:eastAsia="Calibri" w:hAnsi="Calibri" w:cs="Calibri"/>
              </w:rPr>
            </w:pPr>
          </w:p>
        </w:tc>
      </w:tr>
      <w:tr w:rsidR="006E5A35" w:rsidRPr="008377A1" w14:paraId="416EF9E2" w14:textId="77777777" w:rsidTr="006563F6">
        <w:trPr>
          <w:cantSplit/>
          <w:trHeight w:val="230"/>
          <w:jc w:val="center"/>
        </w:trPr>
        <w:tc>
          <w:tcPr>
            <w:tcW w:w="4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AE9F7"/>
          </w:tcPr>
          <w:p w14:paraId="4DE7BA28" w14:textId="29711DA8" w:rsidR="00B566B4" w:rsidRPr="008377A1" w:rsidRDefault="006E5A35" w:rsidP="00B566B4">
            <w:pPr>
              <w:tabs>
                <w:tab w:val="left" w:pos="-1080"/>
                <w:tab w:val="left" w:pos="-720"/>
                <w:tab w:val="left" w:pos="1"/>
                <w:tab w:val="left" w:pos="540"/>
                <w:tab w:val="left" w:pos="144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0" w:line="259" w:lineRule="auto"/>
              <w:rPr>
                <w:rFonts w:ascii="Calibri" w:eastAsia="Calibri" w:hAnsi="Calibri" w:cs="Calibri"/>
                <w:b/>
                <w:bCs/>
              </w:rPr>
            </w:pPr>
            <w:permStart w:id="400450476" w:edGrp="everyone" w:colFirst="1" w:colLast="1"/>
            <w:permEnd w:id="1598710782"/>
            <w:r w:rsidRPr="008377A1">
              <w:rPr>
                <w:rFonts w:ascii="Calibri" w:eastAsia="Calibri" w:hAnsi="Calibri" w:cs="Calibri"/>
                <w:b/>
                <w:bCs/>
              </w:rPr>
              <w:t>Date</w:t>
            </w:r>
            <w:r w:rsidR="00B566B4" w:rsidRPr="008377A1">
              <w:rPr>
                <w:rFonts w:ascii="Calibri" w:eastAsia="Calibri" w:hAnsi="Calibri" w:cs="Calibri"/>
                <w:b/>
                <w:bCs/>
              </w:rPr>
              <w:t xml:space="preserve"> </w:t>
            </w:r>
          </w:p>
        </w:tc>
        <w:tc>
          <w:tcPr>
            <w:tcW w:w="5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4DDD64C0" w14:textId="77777777" w:rsidR="00B566B4" w:rsidRPr="008377A1" w:rsidRDefault="00B566B4" w:rsidP="00B566B4">
            <w:pPr>
              <w:tabs>
                <w:tab w:val="left" w:pos="-1080"/>
                <w:tab w:val="left" w:pos="-720"/>
                <w:tab w:val="left" w:pos="1"/>
                <w:tab w:val="left" w:pos="540"/>
                <w:tab w:val="left" w:pos="144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napToGrid w:val="0"/>
              <w:spacing w:after="0" w:line="259" w:lineRule="auto"/>
              <w:rPr>
                <w:rFonts w:ascii="Calibri" w:eastAsia="Calibri" w:hAnsi="Calibri" w:cs="Calibri"/>
              </w:rPr>
            </w:pPr>
          </w:p>
        </w:tc>
      </w:tr>
      <w:tr w:rsidR="00877A8D" w:rsidRPr="008377A1" w14:paraId="381653DE" w14:textId="77777777" w:rsidTr="005A4B6D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013"/>
        </w:trPr>
        <w:tc>
          <w:tcPr>
            <w:tcW w:w="410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AE9F7"/>
            <w:vAlign w:val="center"/>
          </w:tcPr>
          <w:p w14:paraId="53B92352" w14:textId="24AD361F" w:rsidR="00877A8D" w:rsidRPr="008377A1" w:rsidRDefault="00877A8D" w:rsidP="00877A8D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  <w:bookmarkStart w:id="0" w:name="_Hlk199671800"/>
            <w:permStart w:id="536629730" w:edGrp="everyone" w:colFirst="1" w:colLast="1"/>
            <w:permEnd w:id="400450476"/>
            <w:r w:rsidRPr="008377A1">
              <w:rPr>
                <w:rFonts w:ascii="Calibri" w:eastAsia="Calibri" w:hAnsi="Calibri" w:cs="Calibri"/>
              </w:rPr>
              <w:t>Please provide a brief description of the Appeal</w:t>
            </w:r>
          </w:p>
        </w:tc>
        <w:tc>
          <w:tcPr>
            <w:tcW w:w="510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F9CCED3" w14:textId="77777777" w:rsidR="00877A8D" w:rsidRDefault="00877A8D" w:rsidP="00877A8D">
            <w:pPr>
              <w:suppressAutoHyphens/>
              <w:spacing w:after="0" w:line="240" w:lineRule="auto"/>
              <w:rPr>
                <w:rFonts w:ascii="Calibri" w:eastAsia="Calibri" w:hAnsi="Calibri" w:cs="Calibri"/>
                <w:bCs/>
                <w:kern w:val="2"/>
                <w14:ligatures w14:val="standardContextual"/>
              </w:rPr>
            </w:pPr>
          </w:p>
          <w:p w14:paraId="7B25D6A2" w14:textId="77777777" w:rsidR="00B833F9" w:rsidRDefault="00B833F9" w:rsidP="00877A8D">
            <w:pPr>
              <w:suppressAutoHyphens/>
              <w:spacing w:after="0" w:line="240" w:lineRule="auto"/>
              <w:rPr>
                <w:rFonts w:ascii="Calibri" w:eastAsia="Calibri" w:hAnsi="Calibri" w:cs="Calibri"/>
                <w:bCs/>
                <w:kern w:val="2"/>
                <w14:ligatures w14:val="standardContextual"/>
              </w:rPr>
            </w:pPr>
          </w:p>
          <w:p w14:paraId="49863F74" w14:textId="77777777" w:rsidR="00B833F9" w:rsidRDefault="00B833F9" w:rsidP="00877A8D">
            <w:pPr>
              <w:suppressAutoHyphens/>
              <w:spacing w:after="0" w:line="240" w:lineRule="auto"/>
              <w:rPr>
                <w:rFonts w:ascii="Calibri" w:eastAsia="Calibri" w:hAnsi="Calibri" w:cs="Calibri"/>
                <w:bCs/>
                <w:kern w:val="2"/>
                <w14:ligatures w14:val="standardContextual"/>
              </w:rPr>
            </w:pPr>
          </w:p>
          <w:p w14:paraId="008CE413" w14:textId="77777777" w:rsidR="00B833F9" w:rsidRPr="008377A1" w:rsidRDefault="00B833F9" w:rsidP="00877A8D">
            <w:pPr>
              <w:suppressAutoHyphens/>
              <w:spacing w:after="0" w:line="240" w:lineRule="auto"/>
              <w:rPr>
                <w:rFonts w:ascii="Calibri" w:eastAsia="Calibri" w:hAnsi="Calibri" w:cs="Calibri"/>
                <w:bCs/>
                <w:kern w:val="2"/>
                <w14:ligatures w14:val="standardContextual"/>
              </w:rPr>
            </w:pPr>
          </w:p>
        </w:tc>
      </w:tr>
    </w:tbl>
    <w:bookmarkEnd w:id="0"/>
    <w:permStart w:id="335049639" w:edGrp="everyone"/>
    <w:permEnd w:id="536629730"/>
    <w:p w14:paraId="579246C0" w14:textId="5577C043" w:rsidR="0032469D" w:rsidRPr="008377A1" w:rsidRDefault="00C833F2" w:rsidP="001D6BC6">
      <w:pPr>
        <w:spacing w:before="120" w:after="120"/>
        <w:jc w:val="both"/>
        <w:rPr>
          <w:rFonts w:ascii="Calibri" w:hAnsi="Calibri" w:cs="Calibri"/>
          <w:lang w:val="en-GB"/>
        </w:rPr>
      </w:pPr>
      <w:sdt>
        <w:sdtPr>
          <w:rPr>
            <w:rFonts w:ascii="Calibri" w:eastAsia="Calibri" w:hAnsi="Calibri" w:cs="Calibri"/>
          </w:rPr>
          <w:id w:val="496703002"/>
          <w14:checkbox>
            <w14:checked w14:val="0"/>
            <w14:checkedState w14:val="2612" w14:font="Malgun Gothic Semilight"/>
            <w14:uncheckedState w14:val="2610" w14:font="Malgun Gothic Semilight"/>
          </w14:checkbox>
        </w:sdtPr>
        <w:sdtEndPr/>
        <w:sdtContent>
          <w:r w:rsidR="00F30C7E" w:rsidRPr="008377A1">
            <w:rPr>
              <w:rFonts w:ascii="Segoe UI Symbol" w:eastAsia="Malgun Gothic Semilight" w:hAnsi="Segoe UI Symbol" w:cs="Segoe UI Symbol"/>
            </w:rPr>
            <w:t>☐</w:t>
          </w:r>
        </w:sdtContent>
      </w:sdt>
      <w:permEnd w:id="335049639"/>
      <w:r w:rsidR="00F30C7E" w:rsidRPr="008377A1">
        <w:rPr>
          <w:rFonts w:ascii="Calibri" w:hAnsi="Calibri" w:cs="Calibri"/>
          <w:lang w:val="en-GB"/>
        </w:rPr>
        <w:t xml:space="preserve"> </w:t>
      </w:r>
      <w:r w:rsidR="00746AA8">
        <w:rPr>
          <w:rFonts w:ascii="Calibri" w:hAnsi="Calibri" w:cs="Calibri"/>
          <w:lang w:val="en-GB"/>
        </w:rPr>
        <w:t xml:space="preserve">I </w:t>
      </w:r>
      <w:r w:rsidR="00F30C7E" w:rsidRPr="008377A1">
        <w:rPr>
          <w:rFonts w:ascii="Calibri" w:hAnsi="Calibri" w:cs="Calibri"/>
          <w:lang w:val="en-GB"/>
        </w:rPr>
        <w:t>hereby declare that the information I have provided in this form is true and correct, and I authorize FloraCert GmbH to process and investigate my appeal</w:t>
      </w:r>
      <w:r w:rsidR="0032469D" w:rsidRPr="008377A1">
        <w:rPr>
          <w:rFonts w:ascii="Calibri" w:hAnsi="Calibri" w:cs="Calibri"/>
          <w:lang w:val="en-GB"/>
        </w:rPr>
        <w:t>.</w:t>
      </w:r>
      <w:r w:rsidR="00F30C7E" w:rsidRPr="008377A1">
        <w:rPr>
          <w:rFonts w:ascii="Calibri" w:hAnsi="Calibri" w:cs="Calibri"/>
          <w:lang w:val="en-GB"/>
        </w:rPr>
        <w:t xml:space="preserve"> 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5876"/>
      </w:tblGrid>
      <w:tr w:rsidR="001A48A8" w:rsidRPr="008377A1" w14:paraId="43DF0BCD" w14:textId="77777777" w:rsidTr="001D4BE4">
        <w:trPr>
          <w:trHeight w:val="516"/>
        </w:trPr>
        <w:tc>
          <w:tcPr>
            <w:tcW w:w="1985" w:type="dxa"/>
          </w:tcPr>
          <w:p w14:paraId="4EDFDF52" w14:textId="52F2542C" w:rsidR="001A48A8" w:rsidRPr="008377A1" w:rsidRDefault="001A48A8" w:rsidP="001A48A8">
            <w:pPr>
              <w:suppressAutoHyphens/>
              <w:rPr>
                <w:rFonts w:ascii="Calibri" w:eastAsia="Calibri" w:hAnsi="Calibri" w:cs="Calibri"/>
                <w:b/>
                <w:bCs/>
              </w:rPr>
            </w:pPr>
            <w:permStart w:id="461647658" w:edGrp="everyone" w:colFirst="1" w:colLast="1"/>
            <w:r w:rsidRPr="008377A1">
              <w:rPr>
                <w:rFonts w:ascii="Calibri" w:eastAsia="Calibri" w:hAnsi="Calibri" w:cs="Calibri"/>
                <w:b/>
                <w:bCs/>
              </w:rPr>
              <w:t>Place/ Date</w:t>
            </w:r>
          </w:p>
        </w:tc>
        <w:tc>
          <w:tcPr>
            <w:tcW w:w="5876" w:type="dxa"/>
          </w:tcPr>
          <w:p w14:paraId="7D871FE2" w14:textId="2B1DEE53" w:rsidR="001A48A8" w:rsidRPr="008377A1" w:rsidRDefault="006563F6">
            <w:pPr>
              <w:rPr>
                <w:rFonts w:ascii="Calibri" w:hAnsi="Calibri" w:cs="Calibri"/>
              </w:rPr>
            </w:pPr>
            <w:r w:rsidRPr="008377A1">
              <w:rPr>
                <w:rFonts w:ascii="Calibri" w:hAnsi="Calibri" w:cs="Calibri"/>
              </w:rPr>
              <w:t>__________________________________________</w:t>
            </w:r>
          </w:p>
        </w:tc>
      </w:tr>
      <w:tr w:rsidR="001A48A8" w:rsidRPr="008377A1" w14:paraId="6449E7ED" w14:textId="77777777" w:rsidTr="001D4BE4">
        <w:trPr>
          <w:trHeight w:val="503"/>
        </w:trPr>
        <w:tc>
          <w:tcPr>
            <w:tcW w:w="1985" w:type="dxa"/>
          </w:tcPr>
          <w:p w14:paraId="5ED4841F" w14:textId="57B8EA8E" w:rsidR="001A48A8" w:rsidRPr="008377A1" w:rsidRDefault="001A48A8" w:rsidP="001A48A8">
            <w:pPr>
              <w:suppressAutoHyphens/>
              <w:rPr>
                <w:rFonts w:ascii="Calibri" w:eastAsia="Calibri" w:hAnsi="Calibri" w:cs="Calibri"/>
                <w:b/>
                <w:bCs/>
              </w:rPr>
            </w:pPr>
            <w:permStart w:id="2082031553" w:edGrp="everyone" w:colFirst="1" w:colLast="1"/>
            <w:permEnd w:id="461647658"/>
            <w:r w:rsidRPr="008377A1">
              <w:rPr>
                <w:rFonts w:ascii="Calibri" w:eastAsia="Calibri" w:hAnsi="Calibri" w:cs="Calibri"/>
                <w:b/>
                <w:bCs/>
              </w:rPr>
              <w:t>Signature/ Stamp</w:t>
            </w:r>
          </w:p>
        </w:tc>
        <w:tc>
          <w:tcPr>
            <w:tcW w:w="5876" w:type="dxa"/>
          </w:tcPr>
          <w:p w14:paraId="19DD9280" w14:textId="364CC11E" w:rsidR="001A48A8" w:rsidRPr="008377A1" w:rsidRDefault="006563F6">
            <w:pPr>
              <w:rPr>
                <w:rFonts w:ascii="Calibri" w:hAnsi="Calibri" w:cs="Calibri"/>
              </w:rPr>
            </w:pPr>
            <w:r w:rsidRPr="008377A1">
              <w:rPr>
                <w:rFonts w:ascii="Calibri" w:hAnsi="Calibri" w:cs="Calibri"/>
              </w:rPr>
              <w:t>__________________________________________</w:t>
            </w:r>
          </w:p>
        </w:tc>
      </w:tr>
      <w:tr w:rsidR="001A48A8" w:rsidRPr="008377A1" w14:paraId="45D52FBF" w14:textId="77777777" w:rsidTr="001D4BE4">
        <w:trPr>
          <w:trHeight w:val="516"/>
        </w:trPr>
        <w:tc>
          <w:tcPr>
            <w:tcW w:w="1985" w:type="dxa"/>
          </w:tcPr>
          <w:p w14:paraId="725327D0" w14:textId="790EE082" w:rsidR="001A48A8" w:rsidRPr="008377A1" w:rsidRDefault="001A48A8" w:rsidP="001A48A8">
            <w:pPr>
              <w:suppressAutoHyphens/>
              <w:rPr>
                <w:rFonts w:ascii="Calibri" w:eastAsia="Calibri" w:hAnsi="Calibri" w:cs="Calibri"/>
                <w:b/>
                <w:bCs/>
              </w:rPr>
            </w:pPr>
            <w:permStart w:id="2117799128" w:edGrp="everyone" w:colFirst="1" w:colLast="1"/>
            <w:permEnd w:id="2082031553"/>
            <w:r w:rsidRPr="008377A1">
              <w:rPr>
                <w:rFonts w:ascii="Calibri" w:eastAsia="Calibri" w:hAnsi="Calibri" w:cs="Calibri"/>
                <w:b/>
                <w:bCs/>
              </w:rPr>
              <w:t>Name</w:t>
            </w:r>
          </w:p>
        </w:tc>
        <w:tc>
          <w:tcPr>
            <w:tcW w:w="5876" w:type="dxa"/>
          </w:tcPr>
          <w:p w14:paraId="7B2B43CE" w14:textId="39996302" w:rsidR="001A48A8" w:rsidRPr="008377A1" w:rsidRDefault="006563F6">
            <w:pPr>
              <w:rPr>
                <w:rFonts w:ascii="Calibri" w:hAnsi="Calibri" w:cs="Calibri"/>
              </w:rPr>
            </w:pPr>
            <w:r w:rsidRPr="008377A1">
              <w:rPr>
                <w:rFonts w:ascii="Calibri" w:hAnsi="Calibri" w:cs="Calibri"/>
              </w:rPr>
              <w:t>__________________________________________</w:t>
            </w:r>
          </w:p>
        </w:tc>
      </w:tr>
    </w:tbl>
    <w:permEnd w:id="2117799128"/>
    <w:p w14:paraId="05E64423" w14:textId="345AA06A" w:rsidR="006B65EA" w:rsidRPr="008377A1" w:rsidRDefault="006B65EA">
      <w:pPr>
        <w:pStyle w:val="berschrift3"/>
        <w:rPr>
          <w:rFonts w:ascii="Calibri" w:hAnsi="Calibri" w:cs="Calibri"/>
          <w:b w:val="0"/>
          <w:bCs w:val="0"/>
          <w:color w:val="auto"/>
        </w:rPr>
      </w:pPr>
      <w:r w:rsidRPr="008377A1">
        <w:rPr>
          <w:rFonts w:ascii="Calibri" w:hAnsi="Calibri" w:cs="Calibri"/>
          <w:b w:val="0"/>
          <w:bCs w:val="0"/>
          <w:color w:val="auto"/>
        </w:rPr>
        <w:t>Please</w:t>
      </w:r>
      <w:r w:rsidR="000E6A7A">
        <w:rPr>
          <w:rFonts w:ascii="Calibri" w:hAnsi="Calibri" w:cs="Calibri"/>
          <w:b w:val="0"/>
          <w:bCs w:val="0"/>
          <w:color w:val="auto"/>
        </w:rPr>
        <w:t xml:space="preserve"> send</w:t>
      </w:r>
      <w:r w:rsidRPr="008377A1">
        <w:rPr>
          <w:rFonts w:ascii="Calibri" w:hAnsi="Calibri" w:cs="Calibri"/>
          <w:b w:val="0"/>
          <w:bCs w:val="0"/>
          <w:color w:val="auto"/>
        </w:rPr>
        <w:t xml:space="preserve"> the completed </w:t>
      </w:r>
      <w:r w:rsidR="007000DF">
        <w:rPr>
          <w:rFonts w:ascii="Calibri" w:hAnsi="Calibri" w:cs="Calibri"/>
          <w:b w:val="0"/>
          <w:bCs w:val="0"/>
          <w:color w:val="auto"/>
        </w:rPr>
        <w:t xml:space="preserve">and signed </w:t>
      </w:r>
      <w:r w:rsidRPr="008377A1">
        <w:rPr>
          <w:rFonts w:ascii="Calibri" w:hAnsi="Calibri" w:cs="Calibri"/>
          <w:b w:val="0"/>
          <w:bCs w:val="0"/>
          <w:color w:val="auto"/>
        </w:rPr>
        <w:t>appeal form to info@floracert.com</w:t>
      </w:r>
    </w:p>
    <w:p w14:paraId="4343915F" w14:textId="3FBADED8" w:rsidR="00BB51AA" w:rsidRPr="008377A1" w:rsidRDefault="006F3622">
      <w:pPr>
        <w:pStyle w:val="berschrift3"/>
        <w:rPr>
          <w:rFonts w:ascii="Calibri" w:hAnsi="Calibri" w:cs="Calibri"/>
        </w:rPr>
      </w:pPr>
      <w:r w:rsidRPr="008377A1">
        <w:rPr>
          <w:rFonts w:ascii="Calibri" w:hAnsi="Calibri" w:cs="Calibri"/>
        </w:rPr>
        <w:t xml:space="preserve">For </w:t>
      </w:r>
      <w:r w:rsidR="00BF2151" w:rsidRPr="008377A1">
        <w:rPr>
          <w:rFonts w:ascii="Calibri" w:hAnsi="Calibri" w:cs="Calibri"/>
        </w:rPr>
        <w:t xml:space="preserve">FloraCert GmbH </w:t>
      </w:r>
      <w:r w:rsidRPr="008377A1">
        <w:rPr>
          <w:rFonts w:ascii="Calibri" w:hAnsi="Calibri" w:cs="Calibri"/>
        </w:rPr>
        <w:t>Office Use Only</w:t>
      </w:r>
    </w:p>
    <w:tbl>
      <w:tblPr>
        <w:tblStyle w:val="Tabellenraster"/>
        <w:tblW w:w="8926" w:type="dxa"/>
        <w:tblLook w:val="04A0" w:firstRow="1" w:lastRow="0" w:firstColumn="1" w:lastColumn="0" w:noHBand="0" w:noVBand="1"/>
      </w:tblPr>
      <w:tblGrid>
        <w:gridCol w:w="3823"/>
        <w:gridCol w:w="5103"/>
      </w:tblGrid>
      <w:tr w:rsidR="00BB51AA" w:rsidRPr="008377A1" w14:paraId="3CBBA07F" w14:textId="77777777" w:rsidTr="00F4593E">
        <w:trPr>
          <w:trHeight w:val="450"/>
        </w:trPr>
        <w:tc>
          <w:tcPr>
            <w:tcW w:w="3823" w:type="dxa"/>
          </w:tcPr>
          <w:p w14:paraId="122CCFB8" w14:textId="70CA0013" w:rsidR="00BB51AA" w:rsidRPr="008377A1" w:rsidRDefault="006F3622" w:rsidP="00F4593E">
            <w:pPr>
              <w:suppressAutoHyphens/>
              <w:rPr>
                <w:rFonts w:ascii="Calibri" w:eastAsia="Calibri" w:hAnsi="Calibri" w:cs="Calibri"/>
                <w:b/>
                <w:bCs/>
              </w:rPr>
            </w:pPr>
            <w:permStart w:id="1891391469" w:edGrp="everyone" w:colFirst="1" w:colLast="1"/>
            <w:r w:rsidRPr="008377A1">
              <w:rPr>
                <w:rFonts w:ascii="Calibri" w:eastAsia="Calibri" w:hAnsi="Calibri" w:cs="Calibri"/>
                <w:b/>
                <w:bCs/>
              </w:rPr>
              <w:t>Action proposed for future</w:t>
            </w:r>
          </w:p>
        </w:tc>
        <w:tc>
          <w:tcPr>
            <w:tcW w:w="5103" w:type="dxa"/>
          </w:tcPr>
          <w:p w14:paraId="5C297007" w14:textId="77777777" w:rsidR="00BB51AA" w:rsidRPr="008377A1" w:rsidRDefault="00BB51AA">
            <w:pPr>
              <w:rPr>
                <w:rFonts w:ascii="Calibri" w:hAnsi="Calibri" w:cs="Calibri"/>
              </w:rPr>
            </w:pPr>
          </w:p>
        </w:tc>
      </w:tr>
      <w:tr w:rsidR="00BB51AA" w:rsidRPr="008377A1" w14:paraId="5B5806E3" w14:textId="77777777" w:rsidTr="00F4593E">
        <w:trPr>
          <w:trHeight w:val="466"/>
        </w:trPr>
        <w:tc>
          <w:tcPr>
            <w:tcW w:w="3823" w:type="dxa"/>
          </w:tcPr>
          <w:p w14:paraId="05090DD1" w14:textId="77777777" w:rsidR="00BB51AA" w:rsidRPr="008377A1" w:rsidRDefault="006F3622" w:rsidP="00F4593E">
            <w:pPr>
              <w:suppressAutoHyphens/>
              <w:rPr>
                <w:rFonts w:ascii="Calibri" w:eastAsia="Calibri" w:hAnsi="Calibri" w:cs="Calibri"/>
                <w:b/>
                <w:bCs/>
              </w:rPr>
            </w:pPr>
            <w:permStart w:id="1882798236" w:edGrp="everyone" w:colFirst="1" w:colLast="1"/>
            <w:permEnd w:id="1891391469"/>
            <w:r w:rsidRPr="008377A1">
              <w:rPr>
                <w:rFonts w:ascii="Calibri" w:eastAsia="Calibri" w:hAnsi="Calibri" w:cs="Calibri"/>
                <w:b/>
                <w:bCs/>
              </w:rPr>
              <w:t>Corrective action reference</w:t>
            </w:r>
          </w:p>
        </w:tc>
        <w:tc>
          <w:tcPr>
            <w:tcW w:w="5103" w:type="dxa"/>
          </w:tcPr>
          <w:p w14:paraId="4763D10F" w14:textId="77777777" w:rsidR="00BB51AA" w:rsidRPr="008377A1" w:rsidRDefault="00BB51AA">
            <w:pPr>
              <w:rPr>
                <w:rFonts w:ascii="Calibri" w:hAnsi="Calibri" w:cs="Calibri"/>
              </w:rPr>
            </w:pPr>
          </w:p>
        </w:tc>
      </w:tr>
      <w:tr w:rsidR="00BB51AA" w:rsidRPr="008377A1" w14:paraId="252FACAB" w14:textId="77777777" w:rsidTr="00F4593E">
        <w:trPr>
          <w:trHeight w:val="450"/>
        </w:trPr>
        <w:tc>
          <w:tcPr>
            <w:tcW w:w="3823" w:type="dxa"/>
          </w:tcPr>
          <w:p w14:paraId="5B0D1585" w14:textId="59DB21D2" w:rsidR="00BB51AA" w:rsidRPr="008377A1" w:rsidRDefault="006F3622" w:rsidP="00F4593E">
            <w:pPr>
              <w:suppressAutoHyphens/>
              <w:rPr>
                <w:rFonts w:ascii="Calibri" w:eastAsia="Calibri" w:hAnsi="Calibri" w:cs="Calibri"/>
                <w:b/>
                <w:bCs/>
              </w:rPr>
            </w:pPr>
            <w:permStart w:id="368249493" w:edGrp="everyone" w:colFirst="1" w:colLast="1"/>
            <w:permEnd w:id="1882798236"/>
            <w:r w:rsidRPr="008377A1">
              <w:rPr>
                <w:rFonts w:ascii="Calibri" w:eastAsia="Calibri" w:hAnsi="Calibri" w:cs="Calibri"/>
                <w:b/>
                <w:bCs/>
              </w:rPr>
              <w:t>Additional Remarks</w:t>
            </w:r>
          </w:p>
        </w:tc>
        <w:tc>
          <w:tcPr>
            <w:tcW w:w="5103" w:type="dxa"/>
          </w:tcPr>
          <w:p w14:paraId="1FFF6E1A" w14:textId="77777777" w:rsidR="00BB51AA" w:rsidRPr="008377A1" w:rsidRDefault="00BB51AA">
            <w:pPr>
              <w:rPr>
                <w:rFonts w:ascii="Calibri" w:hAnsi="Calibri" w:cs="Calibri"/>
              </w:rPr>
            </w:pPr>
          </w:p>
        </w:tc>
      </w:tr>
      <w:permEnd w:id="368249493"/>
    </w:tbl>
    <w:p w14:paraId="183E1735" w14:textId="77777777" w:rsidR="001D4BE4" w:rsidRDefault="001D4BE4" w:rsidP="00023735">
      <w:pPr>
        <w:rPr>
          <w:rFonts w:ascii="Calibri" w:hAnsi="Calibri" w:cs="Calibri"/>
          <w:lang w:val="en-GB"/>
        </w:rPr>
      </w:pPr>
    </w:p>
    <w:p w14:paraId="4900A915" w14:textId="77777777" w:rsidR="004053C5" w:rsidRDefault="004053C5" w:rsidP="00023735">
      <w:pPr>
        <w:rPr>
          <w:rFonts w:ascii="Calibri" w:hAnsi="Calibri" w:cs="Calibri"/>
          <w:lang w:val="en-GB"/>
        </w:rPr>
      </w:pPr>
    </w:p>
    <w:p w14:paraId="21589219" w14:textId="77777777" w:rsidR="000861AA" w:rsidRDefault="000861AA" w:rsidP="00023735">
      <w:pPr>
        <w:rPr>
          <w:rFonts w:ascii="Calibri" w:hAnsi="Calibri" w:cs="Calibri"/>
          <w:lang w:val="en-GB"/>
        </w:rPr>
      </w:pPr>
    </w:p>
    <w:p w14:paraId="3725E957" w14:textId="77777777" w:rsidR="004053C5" w:rsidRDefault="004053C5" w:rsidP="00023735">
      <w:pPr>
        <w:rPr>
          <w:rFonts w:ascii="Calibri" w:hAnsi="Calibri" w:cs="Calibri"/>
          <w:lang w:val="en-GB"/>
        </w:rPr>
      </w:pPr>
    </w:p>
    <w:p w14:paraId="4FB1178B" w14:textId="03E062F1" w:rsidR="002F1161" w:rsidRPr="00023735" w:rsidRDefault="007A6FD5" w:rsidP="00023735">
      <w:pPr>
        <w:rPr>
          <w:rFonts w:ascii="Calibri" w:hAnsi="Calibri" w:cs="Calibri"/>
          <w:lang w:val="en-GB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407404" wp14:editId="01280417">
                <wp:simplePos x="0" y="0"/>
                <wp:positionH relativeFrom="column">
                  <wp:posOffset>1489075</wp:posOffset>
                </wp:positionH>
                <wp:positionV relativeFrom="paragraph">
                  <wp:posOffset>635</wp:posOffset>
                </wp:positionV>
                <wp:extent cx="2329815" cy="287655"/>
                <wp:effectExtent l="0" t="0" r="0" b="0"/>
                <wp:wrapSquare wrapText="bothSides"/>
                <wp:docPr id="128687014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9815" cy="287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7FE394" w14:textId="56309123" w:rsidR="007A6FD5" w:rsidRPr="00006EC0" w:rsidRDefault="00C34C86" w:rsidP="00A23932">
                            <w:pPr>
                              <w:spacing w:after="240"/>
                              <w:rPr>
                                <w:rFonts w:ascii="Calibri" w:hAnsi="Calibri" w:cs="Calibri"/>
                                <w:b/>
                                <w:bCs/>
                                <w:u w:val="single"/>
                                <w:lang w:val="en-GB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u w:val="single"/>
                                <w:lang w:val="en-GB"/>
                              </w:rPr>
                              <w:t>Steps</w:t>
                            </w:r>
                            <w:r w:rsidR="007A6FD5" w:rsidRPr="001D4BE4">
                              <w:rPr>
                                <w:rFonts w:ascii="Calibri" w:hAnsi="Calibri" w:cs="Calibri"/>
                                <w:b/>
                                <w:bCs/>
                                <w:u w:val="single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u w:val="single"/>
                                <w:lang w:val="en-GB"/>
                              </w:rPr>
                              <w:t>to</w:t>
                            </w:r>
                            <w:r w:rsidR="007A6FD5">
                              <w:rPr>
                                <w:rFonts w:ascii="Calibri" w:hAnsi="Calibri" w:cs="Calibri"/>
                                <w:b/>
                                <w:bCs/>
                                <w:u w:val="single"/>
                                <w:lang w:val="en-GB"/>
                              </w:rPr>
                              <w:t xml:space="preserve"> address an Appeal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407404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117.25pt;margin-top:.05pt;width:183.45pt;height:22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" filled="f" stroked="f" strokeweight=".5pt">
                <v:textbox>
                  <w:txbxContent>
                    <w:p w14:paraId="0D7FE394" w14:textId="56309123" w:rsidR="007A6FD5" w:rsidRPr="00006EC0" w:rsidRDefault="00C34C86" w:rsidP="00A23932">
                      <w:pPr>
                        <w:spacing w:after="240"/>
                        <w:rPr>
                          <w:rFonts w:ascii="Calibri" w:hAnsi="Calibri" w:cs="Calibri"/>
                          <w:b/>
                          <w:bCs/>
                          <w:u w:val="single"/>
                          <w:lang w:val="en-GB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u w:val="single"/>
                          <w:lang w:val="en-GB"/>
                        </w:rPr>
                        <w:t>Steps</w:t>
                      </w:r>
                      <w:r w:rsidR="007A6FD5" w:rsidRPr="001D4BE4">
                        <w:rPr>
                          <w:rFonts w:ascii="Calibri" w:hAnsi="Calibri" w:cs="Calibri"/>
                          <w:b/>
                          <w:bCs/>
                          <w:u w:val="single"/>
                          <w:lang w:val="en-GB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u w:val="single"/>
                          <w:lang w:val="en-GB"/>
                        </w:rPr>
                        <w:t>to</w:t>
                      </w:r>
                      <w:r w:rsidR="007A6FD5">
                        <w:rPr>
                          <w:rFonts w:ascii="Calibri" w:hAnsi="Calibri" w:cs="Calibri"/>
                          <w:b/>
                          <w:bCs/>
                          <w:u w:val="single"/>
                          <w:lang w:val="en-GB"/>
                        </w:rPr>
                        <w:t xml:space="preserve"> address an Appeal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959A7">
        <w:rPr>
          <w:rFonts w:ascii="Calibri" w:hAnsi="Calibri" w:cs="Calibri"/>
          <w:noProof/>
          <w:lang w:val="en-GB"/>
        </w:rPr>
        <w:drawing>
          <wp:inline distT="0" distB="0" distL="0" distR="0" wp14:anchorId="113B907F" wp14:editId="22E3C801">
            <wp:extent cx="6331602" cy="7962694"/>
            <wp:effectExtent l="0" t="0" r="0" b="19685"/>
            <wp:docPr id="616083190" name="Diagram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sectPr w:rsidR="002F1161" w:rsidRPr="00023735" w:rsidSect="00D76A24">
      <w:headerReference w:type="default" r:id="rId13"/>
      <w:footerReference w:type="default" r:id="rId14"/>
      <w:pgSz w:w="12240" w:h="15840"/>
      <w:pgMar w:top="1440" w:right="1797" w:bottom="964" w:left="1797" w:header="113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12C201" w14:textId="77777777" w:rsidR="00C833F2" w:rsidRDefault="00C833F2" w:rsidP="0042132D">
      <w:pPr>
        <w:spacing w:after="0" w:line="240" w:lineRule="auto"/>
      </w:pPr>
      <w:r>
        <w:separator/>
      </w:r>
    </w:p>
  </w:endnote>
  <w:endnote w:type="continuationSeparator" w:id="0">
    <w:p w14:paraId="1F8285E6" w14:textId="77777777" w:rsidR="00C833F2" w:rsidRDefault="00C833F2" w:rsidP="004213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algun Gothic Semilight">
    <w:panose1 w:val="020B0502040204020203"/>
    <w:charset w:val="80"/>
    <w:family w:val="swiss"/>
    <w:pitch w:val="variable"/>
    <w:sig w:usb0="B0000AAF" w:usb1="09DF7CFB" w:usb2="00000012" w:usb3="00000000" w:csb0="003E01BD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7B5008" w14:textId="4F8F3A87" w:rsidR="006B65EA" w:rsidRPr="006B65EA" w:rsidRDefault="006B65EA" w:rsidP="006B65EA">
    <w:pPr>
      <w:pStyle w:val="Fuzeile"/>
      <w:rPr>
        <w:rFonts w:ascii="Aptos" w:hAnsi="Aptos"/>
        <w:sz w:val="20"/>
        <w:szCs w:val="20"/>
        <w:lang w:val="de-DE"/>
      </w:rPr>
    </w:pPr>
    <w:bookmarkStart w:id="1" w:name="_Hlk197354842"/>
    <w:r w:rsidRPr="006B65EA">
      <w:rPr>
        <w:rFonts w:ascii="Aptos" w:hAnsi="Aptos"/>
        <w:sz w:val="20"/>
        <w:szCs w:val="20"/>
        <w:lang w:val="de-DE"/>
      </w:rPr>
      <w:t>FloraCert GmbH, Louisenstraße 58, 61348 Bad Homburg, Germany, HRB 16973</w:t>
    </w:r>
  </w:p>
  <w:p w14:paraId="12B9F69C" w14:textId="77777777" w:rsidR="006B65EA" w:rsidRPr="006B65EA" w:rsidRDefault="006B65EA" w:rsidP="006B65EA">
    <w:pPr>
      <w:pStyle w:val="Fuzeile"/>
      <w:rPr>
        <w:rFonts w:ascii="Aptos" w:hAnsi="Aptos"/>
        <w:sz w:val="20"/>
        <w:szCs w:val="20"/>
        <w:lang w:val="de-DE"/>
      </w:rPr>
    </w:pPr>
    <w:r w:rsidRPr="006B65EA">
      <w:rPr>
        <w:rFonts w:ascii="Aptos" w:hAnsi="Aptos"/>
        <w:sz w:val="20"/>
        <w:szCs w:val="20"/>
        <w:lang w:val="de-DE"/>
      </w:rPr>
      <w:t xml:space="preserve">E-Mail: </w:t>
    </w:r>
    <w:hyperlink r:id="rId1" w:history="1">
      <w:r w:rsidRPr="006B65EA">
        <w:rPr>
          <w:rStyle w:val="Hyperlink"/>
          <w:rFonts w:ascii="Aptos" w:hAnsi="Aptos"/>
          <w:sz w:val="20"/>
          <w:szCs w:val="20"/>
          <w:lang w:val="de-DE"/>
        </w:rPr>
        <w:t>info@floracert.com</w:t>
      </w:r>
    </w:hyperlink>
    <w:r w:rsidRPr="006B65EA">
      <w:rPr>
        <w:rFonts w:ascii="Aptos" w:hAnsi="Aptos"/>
        <w:sz w:val="20"/>
        <w:szCs w:val="20"/>
        <w:lang w:val="de-DE"/>
      </w:rPr>
      <w:t xml:space="preserve">, Tel.: 00491724032415, </w:t>
    </w:r>
    <w:hyperlink r:id="rId2" w:history="1">
      <w:r w:rsidRPr="006B65EA">
        <w:rPr>
          <w:rStyle w:val="Hyperlink"/>
          <w:rFonts w:ascii="Aptos" w:hAnsi="Aptos"/>
          <w:sz w:val="20"/>
          <w:szCs w:val="20"/>
          <w:lang w:val="de-DE"/>
        </w:rPr>
        <w:t>https://floracert.com/</w:t>
      </w:r>
    </w:hyperlink>
    <w:bookmarkEnd w:id="1"/>
    <w:r w:rsidRPr="006B65EA">
      <w:rPr>
        <w:rFonts w:ascii="Aptos" w:hAnsi="Aptos"/>
        <w:sz w:val="20"/>
        <w:szCs w:val="20"/>
        <w:lang w:val="de-DE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5961E5" w14:textId="77777777" w:rsidR="00C833F2" w:rsidRDefault="00C833F2" w:rsidP="0042132D">
      <w:pPr>
        <w:spacing w:after="0" w:line="240" w:lineRule="auto"/>
      </w:pPr>
      <w:r>
        <w:separator/>
      </w:r>
    </w:p>
  </w:footnote>
  <w:footnote w:type="continuationSeparator" w:id="0">
    <w:p w14:paraId="5F103521" w14:textId="77777777" w:rsidR="00C833F2" w:rsidRDefault="00C833F2" w:rsidP="004213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0" w:type="auto"/>
      <w:jc w:val="center"/>
      <w:tblLook w:val="04A0" w:firstRow="1" w:lastRow="0" w:firstColumn="1" w:lastColumn="0" w:noHBand="0" w:noVBand="1"/>
    </w:tblPr>
    <w:tblGrid>
      <w:gridCol w:w="2972"/>
      <w:gridCol w:w="1418"/>
    </w:tblGrid>
    <w:tr w:rsidR="00732AA5" w:rsidRPr="008377A1" w14:paraId="0BEA3172" w14:textId="77777777" w:rsidTr="000F5B06">
      <w:trPr>
        <w:trHeight w:val="466"/>
        <w:jc w:val="center"/>
      </w:trPr>
      <w:tc>
        <w:tcPr>
          <w:tcW w:w="4390" w:type="dxa"/>
          <w:gridSpan w:val="2"/>
        </w:tcPr>
        <w:p w14:paraId="6C942F5F" w14:textId="7BE44C67" w:rsidR="00732AA5" w:rsidRPr="008377A1" w:rsidRDefault="00732AA5" w:rsidP="00732AA5">
          <w:pPr>
            <w:spacing w:before="120" w:after="120"/>
            <w:jc w:val="center"/>
            <w:rPr>
              <w:rFonts w:ascii="Calibri" w:hAnsi="Calibri" w:cs="Calibri"/>
              <w:b/>
              <w:bCs/>
            </w:rPr>
          </w:pPr>
          <w:r w:rsidRPr="008377A1">
            <w:rPr>
              <w:rFonts w:ascii="Calibri" w:hAnsi="Calibri" w:cs="Calibri"/>
              <w:b/>
              <w:bCs/>
            </w:rPr>
            <w:t>Appeal Form</w:t>
          </w:r>
        </w:p>
      </w:tc>
    </w:tr>
    <w:tr w:rsidR="00732AA5" w:rsidRPr="008377A1" w14:paraId="21B49A26" w14:textId="77777777" w:rsidTr="000F5B06">
      <w:trPr>
        <w:trHeight w:val="367"/>
        <w:jc w:val="center"/>
      </w:trPr>
      <w:tc>
        <w:tcPr>
          <w:tcW w:w="2972" w:type="dxa"/>
        </w:tcPr>
        <w:p w14:paraId="3277A57A" w14:textId="77777777" w:rsidR="00732AA5" w:rsidRPr="008377A1" w:rsidRDefault="00732AA5" w:rsidP="00732AA5">
          <w:pPr>
            <w:rPr>
              <w:rFonts w:ascii="Calibri" w:hAnsi="Calibri" w:cs="Calibri"/>
              <w:b/>
              <w:bCs/>
            </w:rPr>
          </w:pPr>
          <w:r w:rsidRPr="008377A1">
            <w:rPr>
              <w:rFonts w:ascii="Calibri" w:hAnsi="Calibri" w:cs="Calibri"/>
              <w:b/>
              <w:bCs/>
            </w:rPr>
            <w:t>Document Number</w:t>
          </w:r>
        </w:p>
      </w:tc>
      <w:tc>
        <w:tcPr>
          <w:tcW w:w="1418" w:type="dxa"/>
        </w:tcPr>
        <w:p w14:paraId="3314029A" w14:textId="77777777" w:rsidR="00732AA5" w:rsidRPr="008377A1" w:rsidRDefault="00732AA5" w:rsidP="00732AA5">
          <w:pPr>
            <w:rPr>
              <w:rFonts w:ascii="Calibri" w:hAnsi="Calibri" w:cs="Calibri"/>
              <w:b/>
              <w:bCs/>
            </w:rPr>
          </w:pPr>
          <w:r w:rsidRPr="008377A1">
            <w:rPr>
              <w:rFonts w:ascii="Calibri" w:hAnsi="Calibri" w:cs="Calibri"/>
              <w:b/>
              <w:bCs/>
            </w:rPr>
            <w:t xml:space="preserve">7.13.2-F </w:t>
          </w:r>
        </w:p>
      </w:tc>
    </w:tr>
    <w:tr w:rsidR="00732AA5" w:rsidRPr="008377A1" w14:paraId="003385A0" w14:textId="77777777" w:rsidTr="000F5B06">
      <w:trPr>
        <w:trHeight w:val="354"/>
        <w:jc w:val="center"/>
      </w:trPr>
      <w:tc>
        <w:tcPr>
          <w:tcW w:w="2972" w:type="dxa"/>
        </w:tcPr>
        <w:p w14:paraId="288A733B" w14:textId="77777777" w:rsidR="00732AA5" w:rsidRPr="008377A1" w:rsidRDefault="00732AA5" w:rsidP="00732AA5">
          <w:pPr>
            <w:rPr>
              <w:rFonts w:ascii="Calibri" w:hAnsi="Calibri" w:cs="Calibri"/>
              <w:b/>
              <w:bCs/>
            </w:rPr>
          </w:pPr>
          <w:r w:rsidRPr="008377A1">
            <w:rPr>
              <w:rFonts w:ascii="Calibri" w:hAnsi="Calibri" w:cs="Calibri"/>
              <w:b/>
              <w:bCs/>
            </w:rPr>
            <w:t>Version</w:t>
          </w:r>
        </w:p>
      </w:tc>
      <w:tc>
        <w:tcPr>
          <w:tcW w:w="1418" w:type="dxa"/>
        </w:tcPr>
        <w:p w14:paraId="62736696" w14:textId="77777777" w:rsidR="00732AA5" w:rsidRPr="008377A1" w:rsidRDefault="00732AA5" w:rsidP="00732AA5">
          <w:pPr>
            <w:rPr>
              <w:rFonts w:ascii="Calibri" w:hAnsi="Calibri" w:cs="Calibri"/>
              <w:b/>
              <w:bCs/>
            </w:rPr>
          </w:pPr>
          <w:r w:rsidRPr="008377A1">
            <w:rPr>
              <w:rFonts w:ascii="Calibri" w:hAnsi="Calibri" w:cs="Calibri"/>
              <w:b/>
              <w:bCs/>
            </w:rPr>
            <w:t>0</w:t>
          </w:r>
          <w:r>
            <w:rPr>
              <w:rFonts w:ascii="Calibri" w:hAnsi="Calibri" w:cs="Calibri"/>
              <w:b/>
              <w:bCs/>
            </w:rPr>
            <w:t>2</w:t>
          </w:r>
        </w:p>
      </w:tc>
    </w:tr>
    <w:tr w:rsidR="00732AA5" w:rsidRPr="008377A1" w14:paraId="15772D27" w14:textId="77777777" w:rsidTr="000F5B06">
      <w:trPr>
        <w:trHeight w:val="354"/>
        <w:jc w:val="center"/>
      </w:trPr>
      <w:tc>
        <w:tcPr>
          <w:tcW w:w="2972" w:type="dxa"/>
        </w:tcPr>
        <w:p w14:paraId="539A0BA3" w14:textId="77777777" w:rsidR="00732AA5" w:rsidRPr="008377A1" w:rsidRDefault="00732AA5" w:rsidP="00732AA5">
          <w:pPr>
            <w:rPr>
              <w:rFonts w:ascii="Calibri" w:hAnsi="Calibri" w:cs="Calibri"/>
              <w:b/>
              <w:bCs/>
              <w:color w:val="FF0000"/>
            </w:rPr>
          </w:pPr>
          <w:r w:rsidRPr="008377A1">
            <w:rPr>
              <w:rFonts w:ascii="Calibri" w:hAnsi="Calibri" w:cs="Calibri"/>
              <w:b/>
              <w:bCs/>
            </w:rPr>
            <w:t>Creation/ Revision Date</w:t>
          </w:r>
        </w:p>
      </w:tc>
      <w:tc>
        <w:tcPr>
          <w:tcW w:w="1418" w:type="dxa"/>
        </w:tcPr>
        <w:p w14:paraId="57BD551D" w14:textId="2A654387" w:rsidR="00732AA5" w:rsidRPr="008377A1" w:rsidRDefault="00732AA5" w:rsidP="00732AA5">
          <w:pPr>
            <w:rPr>
              <w:rFonts w:ascii="Calibri" w:hAnsi="Calibri" w:cs="Calibri"/>
              <w:b/>
              <w:bCs/>
            </w:rPr>
          </w:pPr>
          <w:r>
            <w:rPr>
              <w:rFonts w:ascii="Calibri" w:hAnsi="Calibri" w:cs="Calibri"/>
              <w:b/>
              <w:bCs/>
            </w:rPr>
            <w:t>30.04.2026</w:t>
          </w:r>
        </w:p>
      </w:tc>
    </w:tr>
  </w:tbl>
  <w:p w14:paraId="6EB89C06" w14:textId="00540661" w:rsidR="0042132D" w:rsidRDefault="00732AA5">
    <w:pPr>
      <w:pStyle w:val="Kopfzeile"/>
    </w:pPr>
    <w:r w:rsidRPr="00737949">
      <w:rPr>
        <w:rFonts w:ascii="Calibri" w:eastAsia="Calibri" w:hAnsi="Calibri" w:cs="Arial"/>
        <w:noProof/>
        <w:lang w:val="en-GB"/>
      </w:rPr>
      <w:drawing>
        <wp:anchor distT="0" distB="0" distL="114300" distR="114300" simplePos="0" relativeHeight="251659264" behindDoc="1" locked="0" layoutInCell="1" allowOverlap="1" wp14:anchorId="2E3C453D" wp14:editId="54C04E26">
          <wp:simplePos x="0" y="0"/>
          <wp:positionH relativeFrom="column">
            <wp:posOffset>3305175</wp:posOffset>
          </wp:positionH>
          <wp:positionV relativeFrom="paragraph">
            <wp:posOffset>-892175</wp:posOffset>
          </wp:positionV>
          <wp:extent cx="2504440" cy="688340"/>
          <wp:effectExtent l="0" t="0" r="0" b="0"/>
          <wp:wrapThrough wrapText="bothSides">
            <wp:wrapPolygon edited="0">
              <wp:start x="0" y="0"/>
              <wp:lineTo x="0" y="20923"/>
              <wp:lineTo x="21359" y="20923"/>
              <wp:lineTo x="21359" y="0"/>
              <wp:lineTo x="0" y="0"/>
            </wp:wrapPolygon>
          </wp:wrapThrough>
          <wp:docPr id="1056816541" name="Picture 7" descr="A green logo with a leaf and a drop of wat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6816541" name="Picture 7" descr="A green logo with a leaf and a drop of water&#10;&#10;AI-generated content may be incorrect.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3" t="38789" r="1435" b="34378"/>
                  <a:stretch>
                    <a:fillRect/>
                  </a:stretch>
                </pic:blipFill>
                <pic:spPr bwMode="auto">
                  <a:xfrm>
                    <a:off x="0" y="0"/>
                    <a:ext cx="2504440" cy="6883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98079B2"/>
    <w:multiLevelType w:val="hybridMultilevel"/>
    <w:tmpl w:val="F6CA6388"/>
    <w:lvl w:ilvl="0" w:tplc="200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3328875">
    <w:abstractNumId w:val="8"/>
  </w:num>
  <w:num w:numId="2" w16cid:durableId="1392194074">
    <w:abstractNumId w:val="6"/>
  </w:num>
  <w:num w:numId="3" w16cid:durableId="542904494">
    <w:abstractNumId w:val="5"/>
  </w:num>
  <w:num w:numId="4" w16cid:durableId="1969161517">
    <w:abstractNumId w:val="4"/>
  </w:num>
  <w:num w:numId="5" w16cid:durableId="1992982518">
    <w:abstractNumId w:val="7"/>
  </w:num>
  <w:num w:numId="6" w16cid:durableId="1715540787">
    <w:abstractNumId w:val="3"/>
  </w:num>
  <w:num w:numId="7" w16cid:durableId="759913820">
    <w:abstractNumId w:val="2"/>
  </w:num>
  <w:num w:numId="8" w16cid:durableId="498810954">
    <w:abstractNumId w:val="1"/>
  </w:num>
  <w:num w:numId="9" w16cid:durableId="1656301240">
    <w:abstractNumId w:val="0"/>
  </w:num>
  <w:num w:numId="10" w16cid:durableId="138440646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ocumentProtection w:edit="readOnly" w:formatting="1" w:enforcement="1" w:cryptProviderType="rsaAES" w:cryptAlgorithmClass="hash" w:cryptAlgorithmType="typeAny" w:cryptAlgorithmSid="14" w:cryptSpinCount="100000" w:hash="VKIcZUQpIbiOPApGDZPRku2p18lNeJPujFZXNlRQbUX0Oh20VBUeex8r4Q6kGzY7U4SM5JgZNf8jytzubVhXiw==" w:salt="RPxjC4xPXtZ6sU+DYjdxfw==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23735"/>
    <w:rsid w:val="00032632"/>
    <w:rsid w:val="00034616"/>
    <w:rsid w:val="00037ADF"/>
    <w:rsid w:val="0006063C"/>
    <w:rsid w:val="000861AA"/>
    <w:rsid w:val="000A23DC"/>
    <w:rsid w:val="000B44F9"/>
    <w:rsid w:val="000B6BD2"/>
    <w:rsid w:val="000E6A7A"/>
    <w:rsid w:val="000F3737"/>
    <w:rsid w:val="000F5B06"/>
    <w:rsid w:val="0010242F"/>
    <w:rsid w:val="00104845"/>
    <w:rsid w:val="0014432A"/>
    <w:rsid w:val="0015074B"/>
    <w:rsid w:val="001648B3"/>
    <w:rsid w:val="00170845"/>
    <w:rsid w:val="00172183"/>
    <w:rsid w:val="001A1DBB"/>
    <w:rsid w:val="001A48A8"/>
    <w:rsid w:val="001C668E"/>
    <w:rsid w:val="001D4BE4"/>
    <w:rsid w:val="001D6BC6"/>
    <w:rsid w:val="001D6F01"/>
    <w:rsid w:val="00221FB1"/>
    <w:rsid w:val="0023343E"/>
    <w:rsid w:val="00247198"/>
    <w:rsid w:val="00284104"/>
    <w:rsid w:val="002959A7"/>
    <w:rsid w:val="0029639D"/>
    <w:rsid w:val="002A1566"/>
    <w:rsid w:val="002A2FF6"/>
    <w:rsid w:val="002D2E80"/>
    <w:rsid w:val="002E516C"/>
    <w:rsid w:val="002F1161"/>
    <w:rsid w:val="002F2349"/>
    <w:rsid w:val="003046B5"/>
    <w:rsid w:val="0031690D"/>
    <w:rsid w:val="0032469D"/>
    <w:rsid w:val="00326F90"/>
    <w:rsid w:val="003732E1"/>
    <w:rsid w:val="003A45A5"/>
    <w:rsid w:val="003B328E"/>
    <w:rsid w:val="003C4B24"/>
    <w:rsid w:val="003D54C8"/>
    <w:rsid w:val="003E7367"/>
    <w:rsid w:val="003F27F6"/>
    <w:rsid w:val="003F5FE5"/>
    <w:rsid w:val="004053C5"/>
    <w:rsid w:val="00405DD5"/>
    <w:rsid w:val="0042132D"/>
    <w:rsid w:val="00451D57"/>
    <w:rsid w:val="00452F16"/>
    <w:rsid w:val="00477C13"/>
    <w:rsid w:val="0048473E"/>
    <w:rsid w:val="00495E9B"/>
    <w:rsid w:val="004C551D"/>
    <w:rsid w:val="004C683B"/>
    <w:rsid w:val="004D72EE"/>
    <w:rsid w:val="004E4218"/>
    <w:rsid w:val="004E4EC3"/>
    <w:rsid w:val="004F3C8F"/>
    <w:rsid w:val="0050128A"/>
    <w:rsid w:val="0050470D"/>
    <w:rsid w:val="005054EE"/>
    <w:rsid w:val="00510474"/>
    <w:rsid w:val="005620E6"/>
    <w:rsid w:val="00565E1B"/>
    <w:rsid w:val="00582414"/>
    <w:rsid w:val="005A4B6D"/>
    <w:rsid w:val="005B499C"/>
    <w:rsid w:val="005C4E4A"/>
    <w:rsid w:val="005C7A86"/>
    <w:rsid w:val="005D2D3D"/>
    <w:rsid w:val="005D4103"/>
    <w:rsid w:val="00611FA5"/>
    <w:rsid w:val="0064604E"/>
    <w:rsid w:val="006563F6"/>
    <w:rsid w:val="00676FED"/>
    <w:rsid w:val="00681923"/>
    <w:rsid w:val="006B65EA"/>
    <w:rsid w:val="006C3F3C"/>
    <w:rsid w:val="006E5A35"/>
    <w:rsid w:val="006F3622"/>
    <w:rsid w:val="007000DF"/>
    <w:rsid w:val="007072A8"/>
    <w:rsid w:val="00732AA5"/>
    <w:rsid w:val="0073479A"/>
    <w:rsid w:val="00737949"/>
    <w:rsid w:val="00746AA8"/>
    <w:rsid w:val="0075492D"/>
    <w:rsid w:val="0075521B"/>
    <w:rsid w:val="007772F6"/>
    <w:rsid w:val="00784AEA"/>
    <w:rsid w:val="007926BD"/>
    <w:rsid w:val="007A6FD5"/>
    <w:rsid w:val="007E080A"/>
    <w:rsid w:val="007F769A"/>
    <w:rsid w:val="0081771D"/>
    <w:rsid w:val="00822D1E"/>
    <w:rsid w:val="00823A04"/>
    <w:rsid w:val="008315CE"/>
    <w:rsid w:val="008377A1"/>
    <w:rsid w:val="0084253B"/>
    <w:rsid w:val="0084418B"/>
    <w:rsid w:val="008605C6"/>
    <w:rsid w:val="00874237"/>
    <w:rsid w:val="00877A8D"/>
    <w:rsid w:val="00881DDC"/>
    <w:rsid w:val="008C7691"/>
    <w:rsid w:val="00914798"/>
    <w:rsid w:val="00923A50"/>
    <w:rsid w:val="009464E7"/>
    <w:rsid w:val="009770D3"/>
    <w:rsid w:val="0098044B"/>
    <w:rsid w:val="00984D54"/>
    <w:rsid w:val="009868CA"/>
    <w:rsid w:val="00990B65"/>
    <w:rsid w:val="009A0469"/>
    <w:rsid w:val="009D6B6D"/>
    <w:rsid w:val="00A23932"/>
    <w:rsid w:val="00A37F76"/>
    <w:rsid w:val="00A52B3A"/>
    <w:rsid w:val="00AA1D8D"/>
    <w:rsid w:val="00AA6CC1"/>
    <w:rsid w:val="00AF1FC7"/>
    <w:rsid w:val="00B066F2"/>
    <w:rsid w:val="00B1168F"/>
    <w:rsid w:val="00B25B71"/>
    <w:rsid w:val="00B4139A"/>
    <w:rsid w:val="00B45BF7"/>
    <w:rsid w:val="00B47730"/>
    <w:rsid w:val="00B566B4"/>
    <w:rsid w:val="00B76E06"/>
    <w:rsid w:val="00B829CB"/>
    <w:rsid w:val="00B833F9"/>
    <w:rsid w:val="00BA1DD1"/>
    <w:rsid w:val="00BA2DF9"/>
    <w:rsid w:val="00BA3387"/>
    <w:rsid w:val="00BB51AA"/>
    <w:rsid w:val="00BB6181"/>
    <w:rsid w:val="00BC7A3A"/>
    <w:rsid w:val="00BD539C"/>
    <w:rsid w:val="00BF13D3"/>
    <w:rsid w:val="00BF2151"/>
    <w:rsid w:val="00BF5A58"/>
    <w:rsid w:val="00C102F7"/>
    <w:rsid w:val="00C25A51"/>
    <w:rsid w:val="00C2747A"/>
    <w:rsid w:val="00C34C86"/>
    <w:rsid w:val="00C7185C"/>
    <w:rsid w:val="00C833F2"/>
    <w:rsid w:val="00C83DF5"/>
    <w:rsid w:val="00C962A6"/>
    <w:rsid w:val="00CB0664"/>
    <w:rsid w:val="00CB6AC5"/>
    <w:rsid w:val="00CD2F71"/>
    <w:rsid w:val="00D05780"/>
    <w:rsid w:val="00D26268"/>
    <w:rsid w:val="00D640B7"/>
    <w:rsid w:val="00D73052"/>
    <w:rsid w:val="00D73E46"/>
    <w:rsid w:val="00D76A24"/>
    <w:rsid w:val="00D85023"/>
    <w:rsid w:val="00DB20D8"/>
    <w:rsid w:val="00DC444F"/>
    <w:rsid w:val="00DD71D9"/>
    <w:rsid w:val="00DF50FC"/>
    <w:rsid w:val="00E13FAE"/>
    <w:rsid w:val="00E203F6"/>
    <w:rsid w:val="00E57F4F"/>
    <w:rsid w:val="00E8592E"/>
    <w:rsid w:val="00E9418C"/>
    <w:rsid w:val="00EC0967"/>
    <w:rsid w:val="00ED03DE"/>
    <w:rsid w:val="00EE37D4"/>
    <w:rsid w:val="00F05165"/>
    <w:rsid w:val="00F05CCC"/>
    <w:rsid w:val="00F138D0"/>
    <w:rsid w:val="00F27562"/>
    <w:rsid w:val="00F30C7E"/>
    <w:rsid w:val="00F371F0"/>
    <w:rsid w:val="00F4593E"/>
    <w:rsid w:val="00F7500D"/>
    <w:rsid w:val="00F77A92"/>
    <w:rsid w:val="00FA07BB"/>
    <w:rsid w:val="00FC2CB7"/>
    <w:rsid w:val="00FC693F"/>
    <w:rsid w:val="00FD443B"/>
    <w:rsid w:val="00FF6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2161BA9D"/>
  <w14:defaultImageDpi w14:val="300"/>
  <w15:docId w15:val="{D45A8E21-184B-4B4A-A0B9-7B75DA11D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Absatz-Standardschriftart"/>
    <w:uiPriority w:val="99"/>
    <w:unhideWhenUsed/>
    <w:rsid w:val="006B65E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48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6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floracert.com/" TargetMode="External"/><Relationship Id="rId1" Type="http://schemas.openxmlformats.org/officeDocument/2006/relationships/hyperlink" Target="mailto:info@floracert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BE659B7-EDA0-4447-B2E3-84E787A1EA2D}" type="doc">
      <dgm:prSet loTypeId="urn:microsoft.com/office/officeart/2005/8/layout/process2" loCatId="process" qsTypeId="urn:microsoft.com/office/officeart/2005/8/quickstyle/simple1" qsCatId="simple" csTypeId="urn:microsoft.com/office/officeart/2005/8/colors/accent1_2" csCatId="accent1" phldr="1"/>
      <dgm:spPr/>
    </dgm:pt>
    <dgm:pt modelId="{AFDB3698-5363-47A4-AB82-74A747DC2727}">
      <dgm:prSet phldrT="[Text]" custT="1"/>
      <dgm:spPr/>
      <dgm:t>
        <a:bodyPr/>
        <a:lstStyle/>
        <a:p>
          <a:r>
            <a:rPr lang="en-GB" sz="1200"/>
            <a:t>Client sends an Appeal request to FloraCert</a:t>
          </a:r>
          <a:endParaRPr lang="en-DE" sz="1200"/>
        </a:p>
      </dgm:t>
    </dgm:pt>
    <dgm:pt modelId="{931E347A-2E91-4007-BB8C-FB59FB0D245F}" type="parTrans" cxnId="{A7711D15-3273-4D45-81E3-6E7D794BB810}">
      <dgm:prSet/>
      <dgm:spPr/>
      <dgm:t>
        <a:bodyPr/>
        <a:lstStyle/>
        <a:p>
          <a:endParaRPr lang="en-DE"/>
        </a:p>
      </dgm:t>
    </dgm:pt>
    <dgm:pt modelId="{3DC6F89E-B6BA-4309-BB2C-3BBEF69A5591}" type="sibTrans" cxnId="{A7711D15-3273-4D45-81E3-6E7D794BB810}">
      <dgm:prSet/>
      <dgm:spPr>
        <a:solidFill>
          <a:schemeClr val="accent3">
            <a:lumMod val="60000"/>
            <a:lumOff val="40000"/>
          </a:schemeClr>
        </a:solidFill>
      </dgm:spPr>
      <dgm:t>
        <a:bodyPr/>
        <a:lstStyle/>
        <a:p>
          <a:endParaRPr lang="en-DE"/>
        </a:p>
      </dgm:t>
    </dgm:pt>
    <dgm:pt modelId="{4FFC910C-734D-4F9E-A549-AE35F72D507F}">
      <dgm:prSet phldrT="[Text]" custT="1"/>
      <dgm:spPr/>
      <dgm:t>
        <a:bodyPr/>
        <a:lstStyle/>
        <a:p>
          <a:r>
            <a:rPr lang="en-US" sz="1200"/>
            <a:t>FloraCert appoints a qualified Certification Officer (CO), who has had no involvement in the inspection or certification decision related to the appealed matter, to review and manage the appeals. </a:t>
          </a:r>
          <a:endParaRPr lang="en-DE" sz="1200"/>
        </a:p>
      </dgm:t>
    </dgm:pt>
    <dgm:pt modelId="{8CC0903F-13C4-4D27-B3A2-5E4349D3F97C}" type="parTrans" cxnId="{07366A5C-7CD4-4BB6-9760-151DA25CE59D}">
      <dgm:prSet/>
      <dgm:spPr/>
      <dgm:t>
        <a:bodyPr/>
        <a:lstStyle/>
        <a:p>
          <a:endParaRPr lang="en-DE"/>
        </a:p>
      </dgm:t>
    </dgm:pt>
    <dgm:pt modelId="{F908E450-4D24-4774-AE4E-B0DA5E5508AE}" type="sibTrans" cxnId="{07366A5C-7CD4-4BB6-9760-151DA25CE59D}">
      <dgm:prSet/>
      <dgm:spPr>
        <a:solidFill>
          <a:schemeClr val="accent3">
            <a:lumMod val="60000"/>
            <a:lumOff val="40000"/>
          </a:schemeClr>
        </a:solidFill>
      </dgm:spPr>
      <dgm:t>
        <a:bodyPr/>
        <a:lstStyle/>
        <a:p>
          <a:endParaRPr lang="en-DE"/>
        </a:p>
      </dgm:t>
    </dgm:pt>
    <dgm:pt modelId="{959C3BD1-63FF-45E5-8ECF-BC9F8D76F28B}">
      <dgm:prSet phldrT="[Text]" custT="1"/>
      <dgm:spPr/>
      <dgm:t>
        <a:bodyPr/>
        <a:lstStyle/>
        <a:p>
          <a:pPr>
            <a:buNone/>
          </a:pPr>
          <a:r>
            <a:rPr lang="en-US" sz="1200"/>
            <a:t>The Certification Officer investigates the appeal, reviews the certification decision, and presents the outcome and final decision to the Quality Manager. </a:t>
          </a:r>
          <a:endParaRPr lang="en-DE" sz="1200"/>
        </a:p>
      </dgm:t>
    </dgm:pt>
    <dgm:pt modelId="{02258247-6B83-4B9A-BE64-2B77282F500E}" type="parTrans" cxnId="{942F2A6A-E75C-4134-8811-D80D89E91DB8}">
      <dgm:prSet/>
      <dgm:spPr/>
      <dgm:t>
        <a:bodyPr/>
        <a:lstStyle/>
        <a:p>
          <a:endParaRPr lang="en-DE"/>
        </a:p>
      </dgm:t>
    </dgm:pt>
    <dgm:pt modelId="{3FC8AC49-8E58-4641-8A1F-DFF14BFC36A6}" type="sibTrans" cxnId="{942F2A6A-E75C-4134-8811-D80D89E91DB8}">
      <dgm:prSet/>
      <dgm:spPr>
        <a:solidFill>
          <a:schemeClr val="accent3">
            <a:lumMod val="60000"/>
            <a:lumOff val="40000"/>
          </a:schemeClr>
        </a:solidFill>
      </dgm:spPr>
      <dgm:t>
        <a:bodyPr/>
        <a:lstStyle/>
        <a:p>
          <a:endParaRPr lang="en-DE"/>
        </a:p>
      </dgm:t>
    </dgm:pt>
    <dgm:pt modelId="{35D16E58-3D3B-499B-920A-D68B0445C152}">
      <dgm:prSet custT="1"/>
      <dgm:spPr/>
      <dgm:t>
        <a:bodyPr/>
        <a:lstStyle/>
        <a:p>
          <a:r>
            <a:rPr lang="en-GB" sz="1200"/>
            <a:t>FloraCert confirms the receipt of the Appeal request</a:t>
          </a:r>
          <a:endParaRPr lang="en-DE" sz="1200"/>
        </a:p>
      </dgm:t>
    </dgm:pt>
    <dgm:pt modelId="{5B0DA62D-C204-45FF-A3AA-0600F0BCA53F}" type="parTrans" cxnId="{25E0B568-D28D-4E36-AF2E-7FEE1EF9B6BF}">
      <dgm:prSet/>
      <dgm:spPr/>
      <dgm:t>
        <a:bodyPr/>
        <a:lstStyle/>
        <a:p>
          <a:endParaRPr lang="en-DE"/>
        </a:p>
      </dgm:t>
    </dgm:pt>
    <dgm:pt modelId="{A083F189-AE2C-4150-92C6-BA383E7870DA}" type="sibTrans" cxnId="{25E0B568-D28D-4E36-AF2E-7FEE1EF9B6BF}">
      <dgm:prSet/>
      <dgm:spPr>
        <a:solidFill>
          <a:schemeClr val="accent3">
            <a:lumMod val="60000"/>
            <a:lumOff val="40000"/>
          </a:schemeClr>
        </a:solidFill>
      </dgm:spPr>
      <dgm:t>
        <a:bodyPr/>
        <a:lstStyle/>
        <a:p>
          <a:endParaRPr lang="en-DE"/>
        </a:p>
      </dgm:t>
    </dgm:pt>
    <dgm:pt modelId="{24ADA06E-9974-4D0C-A6E4-129D6B5017AB}">
      <dgm:prSet custT="1"/>
      <dgm:spPr/>
      <dgm:t>
        <a:bodyPr/>
        <a:lstStyle/>
        <a:p>
          <a:pPr>
            <a:buNone/>
          </a:pPr>
          <a:r>
            <a:rPr lang="en-US" sz="1200"/>
            <a:t>The Quality Manager prepares the investigation report and shares the outcome with the client. </a:t>
          </a:r>
          <a:endParaRPr lang="en-DE" sz="1200"/>
        </a:p>
      </dgm:t>
    </dgm:pt>
    <dgm:pt modelId="{0B1DDEC3-55EC-4A3B-BD64-7E621EC8A1AE}" type="parTrans" cxnId="{D71B9560-28D2-4BE6-8FEF-CF1355DD1F26}">
      <dgm:prSet/>
      <dgm:spPr/>
      <dgm:t>
        <a:bodyPr/>
        <a:lstStyle/>
        <a:p>
          <a:endParaRPr lang="en-DE"/>
        </a:p>
      </dgm:t>
    </dgm:pt>
    <dgm:pt modelId="{B3A02B7D-857A-4E5D-82D2-7ADF0F8213EB}" type="sibTrans" cxnId="{D71B9560-28D2-4BE6-8FEF-CF1355DD1F26}">
      <dgm:prSet/>
      <dgm:spPr>
        <a:solidFill>
          <a:schemeClr val="accent3">
            <a:lumMod val="60000"/>
            <a:lumOff val="40000"/>
          </a:schemeClr>
        </a:solidFill>
      </dgm:spPr>
      <dgm:t>
        <a:bodyPr/>
        <a:lstStyle/>
        <a:p>
          <a:endParaRPr lang="en-DE"/>
        </a:p>
      </dgm:t>
    </dgm:pt>
    <dgm:pt modelId="{3F92C50B-3E82-400B-BC60-5123F66018F1}">
      <dgm:prSet custT="1"/>
      <dgm:spPr/>
      <dgm:t>
        <a:bodyPr/>
        <a:lstStyle/>
        <a:p>
          <a:pPr algn="ctr"/>
          <a:r>
            <a:rPr lang="en-US" sz="1200"/>
            <a:t>Appeals shall be resolved within a reasonable timeframe, depending on their complexity. While standard cases may be resolved within 7 working days, complex matters particularly those involving third parties such as other certification bodies may require additional time, up to a maximum of 30 days. </a:t>
          </a:r>
          <a:endParaRPr lang="en-DE" sz="1200"/>
        </a:p>
      </dgm:t>
    </dgm:pt>
    <dgm:pt modelId="{81F7780C-F898-4DE1-AF5C-862552C4E38B}" type="parTrans" cxnId="{5FC42E76-D556-4040-B430-0060E1269795}">
      <dgm:prSet/>
      <dgm:spPr/>
      <dgm:t>
        <a:bodyPr/>
        <a:lstStyle/>
        <a:p>
          <a:endParaRPr lang="en-DE"/>
        </a:p>
      </dgm:t>
    </dgm:pt>
    <dgm:pt modelId="{982D01BC-E036-4EB5-AE82-B27198B43124}" type="sibTrans" cxnId="{5FC42E76-D556-4040-B430-0060E1269795}">
      <dgm:prSet/>
      <dgm:spPr/>
      <dgm:t>
        <a:bodyPr/>
        <a:lstStyle/>
        <a:p>
          <a:endParaRPr lang="en-DE"/>
        </a:p>
      </dgm:t>
    </dgm:pt>
    <dgm:pt modelId="{EAB679C1-C750-4D53-B52D-BDF1AAAEB213}" type="pres">
      <dgm:prSet presAssocID="{8BE659B7-EDA0-4447-B2E3-84E787A1EA2D}" presName="linearFlow" presStyleCnt="0">
        <dgm:presLayoutVars>
          <dgm:resizeHandles val="exact"/>
        </dgm:presLayoutVars>
      </dgm:prSet>
      <dgm:spPr/>
    </dgm:pt>
    <dgm:pt modelId="{22CFF08A-219B-496A-BD44-882E98B4434A}" type="pres">
      <dgm:prSet presAssocID="{AFDB3698-5363-47A4-AB82-74A747DC2727}" presName="node" presStyleLbl="node1" presStyleIdx="0" presStyleCnt="6">
        <dgm:presLayoutVars>
          <dgm:bulletEnabled val="1"/>
        </dgm:presLayoutVars>
      </dgm:prSet>
      <dgm:spPr/>
    </dgm:pt>
    <dgm:pt modelId="{65C59806-4151-47CA-8A98-C36EB50AC35C}" type="pres">
      <dgm:prSet presAssocID="{3DC6F89E-B6BA-4309-BB2C-3BBEF69A5591}" presName="sibTrans" presStyleLbl="sibTrans2D1" presStyleIdx="0" presStyleCnt="5"/>
      <dgm:spPr/>
    </dgm:pt>
    <dgm:pt modelId="{6F4E5915-F3C2-4D47-BD8E-1C615710B44D}" type="pres">
      <dgm:prSet presAssocID="{3DC6F89E-B6BA-4309-BB2C-3BBEF69A5591}" presName="connectorText" presStyleLbl="sibTrans2D1" presStyleIdx="0" presStyleCnt="5"/>
      <dgm:spPr/>
    </dgm:pt>
    <dgm:pt modelId="{0FCC2CB1-C033-46D6-9892-C739C135FA21}" type="pres">
      <dgm:prSet presAssocID="{35D16E58-3D3B-499B-920A-D68B0445C152}" presName="node" presStyleLbl="node1" presStyleIdx="1" presStyleCnt="6">
        <dgm:presLayoutVars>
          <dgm:bulletEnabled val="1"/>
        </dgm:presLayoutVars>
      </dgm:prSet>
      <dgm:spPr/>
    </dgm:pt>
    <dgm:pt modelId="{7CBB263B-2A30-4A63-9966-A11D7611B14D}" type="pres">
      <dgm:prSet presAssocID="{A083F189-AE2C-4150-92C6-BA383E7870DA}" presName="sibTrans" presStyleLbl="sibTrans2D1" presStyleIdx="1" presStyleCnt="5"/>
      <dgm:spPr/>
    </dgm:pt>
    <dgm:pt modelId="{C8895DBA-A179-4795-8271-C33A0764D3F1}" type="pres">
      <dgm:prSet presAssocID="{A083F189-AE2C-4150-92C6-BA383E7870DA}" presName="connectorText" presStyleLbl="sibTrans2D1" presStyleIdx="1" presStyleCnt="5"/>
      <dgm:spPr/>
    </dgm:pt>
    <dgm:pt modelId="{A3BF0B49-19B1-4E36-8067-B6AB28181124}" type="pres">
      <dgm:prSet presAssocID="{4FFC910C-734D-4F9E-A549-AE35F72D507F}" presName="node" presStyleLbl="node1" presStyleIdx="2" presStyleCnt="6" custScaleX="161211" custScaleY="99951">
        <dgm:presLayoutVars>
          <dgm:bulletEnabled val="1"/>
        </dgm:presLayoutVars>
      </dgm:prSet>
      <dgm:spPr/>
    </dgm:pt>
    <dgm:pt modelId="{4925B7DD-03C2-42A5-A00E-A41B597F4BAB}" type="pres">
      <dgm:prSet presAssocID="{F908E450-4D24-4774-AE4E-B0DA5E5508AE}" presName="sibTrans" presStyleLbl="sibTrans2D1" presStyleIdx="2" presStyleCnt="5"/>
      <dgm:spPr/>
    </dgm:pt>
    <dgm:pt modelId="{36ACF194-FFC4-41C0-8F28-DFB56562F909}" type="pres">
      <dgm:prSet presAssocID="{F908E450-4D24-4774-AE4E-B0DA5E5508AE}" presName="connectorText" presStyleLbl="sibTrans2D1" presStyleIdx="2" presStyleCnt="5"/>
      <dgm:spPr/>
    </dgm:pt>
    <dgm:pt modelId="{E529A1DF-774C-4E3E-AFB1-207940A16313}" type="pres">
      <dgm:prSet presAssocID="{959C3BD1-63FF-45E5-8ECF-BC9F8D76F28B}" presName="node" presStyleLbl="node1" presStyleIdx="3" presStyleCnt="6">
        <dgm:presLayoutVars>
          <dgm:bulletEnabled val="1"/>
        </dgm:presLayoutVars>
      </dgm:prSet>
      <dgm:spPr/>
    </dgm:pt>
    <dgm:pt modelId="{E1AC2CB7-C201-41EA-AE37-96A7FE2F866E}" type="pres">
      <dgm:prSet presAssocID="{3FC8AC49-8E58-4641-8A1F-DFF14BFC36A6}" presName="sibTrans" presStyleLbl="sibTrans2D1" presStyleIdx="3" presStyleCnt="5"/>
      <dgm:spPr/>
    </dgm:pt>
    <dgm:pt modelId="{CD7DEB7A-78AF-47B1-9038-FA4DFBD20CC2}" type="pres">
      <dgm:prSet presAssocID="{3FC8AC49-8E58-4641-8A1F-DFF14BFC36A6}" presName="connectorText" presStyleLbl="sibTrans2D1" presStyleIdx="3" presStyleCnt="5"/>
      <dgm:spPr/>
    </dgm:pt>
    <dgm:pt modelId="{C6FD032F-0856-4E74-AE3F-FD1C40B2F216}" type="pres">
      <dgm:prSet presAssocID="{24ADA06E-9974-4D0C-A6E4-129D6B5017AB}" presName="node" presStyleLbl="node1" presStyleIdx="4" presStyleCnt="6">
        <dgm:presLayoutVars>
          <dgm:bulletEnabled val="1"/>
        </dgm:presLayoutVars>
      </dgm:prSet>
      <dgm:spPr/>
    </dgm:pt>
    <dgm:pt modelId="{14721ADE-3C23-42CC-B174-F5A22379EC91}" type="pres">
      <dgm:prSet presAssocID="{B3A02B7D-857A-4E5D-82D2-7ADF0F8213EB}" presName="sibTrans" presStyleLbl="sibTrans2D1" presStyleIdx="4" presStyleCnt="5"/>
      <dgm:spPr/>
    </dgm:pt>
    <dgm:pt modelId="{5D735095-B543-44DF-9FF8-3CD3ED2E9C40}" type="pres">
      <dgm:prSet presAssocID="{B3A02B7D-857A-4E5D-82D2-7ADF0F8213EB}" presName="connectorText" presStyleLbl="sibTrans2D1" presStyleIdx="4" presStyleCnt="5"/>
      <dgm:spPr/>
    </dgm:pt>
    <dgm:pt modelId="{DD704F29-A5BD-44FC-95C9-5486957188C5}" type="pres">
      <dgm:prSet presAssocID="{3F92C50B-3E82-400B-BC60-5123F66018F1}" presName="node" presStyleLbl="node1" presStyleIdx="5" presStyleCnt="6" custScaleX="140247" custScaleY="177869">
        <dgm:presLayoutVars>
          <dgm:bulletEnabled val="1"/>
        </dgm:presLayoutVars>
      </dgm:prSet>
      <dgm:spPr/>
    </dgm:pt>
  </dgm:ptLst>
  <dgm:cxnLst>
    <dgm:cxn modelId="{A7711D15-3273-4D45-81E3-6E7D794BB810}" srcId="{8BE659B7-EDA0-4447-B2E3-84E787A1EA2D}" destId="{AFDB3698-5363-47A4-AB82-74A747DC2727}" srcOrd="0" destOrd="0" parTransId="{931E347A-2E91-4007-BB8C-FB59FB0D245F}" sibTransId="{3DC6F89E-B6BA-4309-BB2C-3BBEF69A5591}"/>
    <dgm:cxn modelId="{513C6E23-5EAE-4E76-8940-5D6083E6044B}" type="presOf" srcId="{3F92C50B-3E82-400B-BC60-5123F66018F1}" destId="{DD704F29-A5BD-44FC-95C9-5486957188C5}" srcOrd="0" destOrd="0" presId="urn:microsoft.com/office/officeart/2005/8/layout/process2"/>
    <dgm:cxn modelId="{DC6E9124-8D01-4189-8066-15DBAA6BBC5C}" type="presOf" srcId="{8BE659B7-EDA0-4447-B2E3-84E787A1EA2D}" destId="{EAB679C1-C750-4D53-B52D-BDF1AAAEB213}" srcOrd="0" destOrd="0" presId="urn:microsoft.com/office/officeart/2005/8/layout/process2"/>
    <dgm:cxn modelId="{07366A5C-7CD4-4BB6-9760-151DA25CE59D}" srcId="{8BE659B7-EDA0-4447-B2E3-84E787A1EA2D}" destId="{4FFC910C-734D-4F9E-A549-AE35F72D507F}" srcOrd="2" destOrd="0" parTransId="{8CC0903F-13C4-4D27-B3A2-5E4349D3F97C}" sibTransId="{F908E450-4D24-4774-AE4E-B0DA5E5508AE}"/>
    <dgm:cxn modelId="{D71B9560-28D2-4BE6-8FEF-CF1355DD1F26}" srcId="{8BE659B7-EDA0-4447-B2E3-84E787A1EA2D}" destId="{24ADA06E-9974-4D0C-A6E4-129D6B5017AB}" srcOrd="4" destOrd="0" parTransId="{0B1DDEC3-55EC-4A3B-BD64-7E621EC8A1AE}" sibTransId="{B3A02B7D-857A-4E5D-82D2-7ADF0F8213EB}"/>
    <dgm:cxn modelId="{BCE99E67-7F6F-4A3B-BB97-D9B428EB68FA}" type="presOf" srcId="{F908E450-4D24-4774-AE4E-B0DA5E5508AE}" destId="{4925B7DD-03C2-42A5-A00E-A41B597F4BAB}" srcOrd="0" destOrd="0" presId="urn:microsoft.com/office/officeart/2005/8/layout/process2"/>
    <dgm:cxn modelId="{25E0B568-D28D-4E36-AF2E-7FEE1EF9B6BF}" srcId="{8BE659B7-EDA0-4447-B2E3-84E787A1EA2D}" destId="{35D16E58-3D3B-499B-920A-D68B0445C152}" srcOrd="1" destOrd="0" parTransId="{5B0DA62D-C204-45FF-A3AA-0600F0BCA53F}" sibTransId="{A083F189-AE2C-4150-92C6-BA383E7870DA}"/>
    <dgm:cxn modelId="{942F2A6A-E75C-4134-8811-D80D89E91DB8}" srcId="{8BE659B7-EDA0-4447-B2E3-84E787A1EA2D}" destId="{959C3BD1-63FF-45E5-8ECF-BC9F8D76F28B}" srcOrd="3" destOrd="0" parTransId="{02258247-6B83-4B9A-BE64-2B77282F500E}" sibTransId="{3FC8AC49-8E58-4641-8A1F-DFF14BFC36A6}"/>
    <dgm:cxn modelId="{3C024A6C-0A3E-429D-B97D-38C4E064895C}" type="presOf" srcId="{A083F189-AE2C-4150-92C6-BA383E7870DA}" destId="{C8895DBA-A179-4795-8271-C33A0764D3F1}" srcOrd="1" destOrd="0" presId="urn:microsoft.com/office/officeart/2005/8/layout/process2"/>
    <dgm:cxn modelId="{EC4C9F4F-86BD-4586-BCFA-DD031AD0B093}" type="presOf" srcId="{24ADA06E-9974-4D0C-A6E4-129D6B5017AB}" destId="{C6FD032F-0856-4E74-AE3F-FD1C40B2F216}" srcOrd="0" destOrd="0" presId="urn:microsoft.com/office/officeart/2005/8/layout/process2"/>
    <dgm:cxn modelId="{5A218C70-EB59-40D0-B258-08100EFF9691}" type="presOf" srcId="{4FFC910C-734D-4F9E-A549-AE35F72D507F}" destId="{A3BF0B49-19B1-4E36-8067-B6AB28181124}" srcOrd="0" destOrd="0" presId="urn:microsoft.com/office/officeart/2005/8/layout/process2"/>
    <dgm:cxn modelId="{5FC42E76-D556-4040-B430-0060E1269795}" srcId="{8BE659B7-EDA0-4447-B2E3-84E787A1EA2D}" destId="{3F92C50B-3E82-400B-BC60-5123F66018F1}" srcOrd="5" destOrd="0" parTransId="{81F7780C-F898-4DE1-AF5C-862552C4E38B}" sibTransId="{982D01BC-E036-4EB5-AE82-B27198B43124}"/>
    <dgm:cxn modelId="{38A0365A-8575-42B8-9BAF-EF2538970727}" type="presOf" srcId="{B3A02B7D-857A-4E5D-82D2-7ADF0F8213EB}" destId="{5D735095-B543-44DF-9FF8-3CD3ED2E9C40}" srcOrd="1" destOrd="0" presId="urn:microsoft.com/office/officeart/2005/8/layout/process2"/>
    <dgm:cxn modelId="{EE82B889-3365-4855-B4C9-8894FE67E68B}" type="presOf" srcId="{35D16E58-3D3B-499B-920A-D68B0445C152}" destId="{0FCC2CB1-C033-46D6-9892-C739C135FA21}" srcOrd="0" destOrd="0" presId="urn:microsoft.com/office/officeart/2005/8/layout/process2"/>
    <dgm:cxn modelId="{D925858C-9009-44B2-88A6-9A3B7976E062}" type="presOf" srcId="{3DC6F89E-B6BA-4309-BB2C-3BBEF69A5591}" destId="{6F4E5915-F3C2-4D47-BD8E-1C615710B44D}" srcOrd="1" destOrd="0" presId="urn:microsoft.com/office/officeart/2005/8/layout/process2"/>
    <dgm:cxn modelId="{15ECA6A0-A9DA-4D46-B784-0E9A2966E664}" type="presOf" srcId="{3FC8AC49-8E58-4641-8A1F-DFF14BFC36A6}" destId="{CD7DEB7A-78AF-47B1-9038-FA4DFBD20CC2}" srcOrd="1" destOrd="0" presId="urn:microsoft.com/office/officeart/2005/8/layout/process2"/>
    <dgm:cxn modelId="{6F97E5A5-298E-4372-BFDF-A67FA9CDBFD7}" type="presOf" srcId="{AFDB3698-5363-47A4-AB82-74A747DC2727}" destId="{22CFF08A-219B-496A-BD44-882E98B4434A}" srcOrd="0" destOrd="0" presId="urn:microsoft.com/office/officeart/2005/8/layout/process2"/>
    <dgm:cxn modelId="{641932CF-EC10-4D28-834C-C5600AFA9E95}" type="presOf" srcId="{3FC8AC49-8E58-4641-8A1F-DFF14BFC36A6}" destId="{E1AC2CB7-C201-41EA-AE37-96A7FE2F866E}" srcOrd="0" destOrd="0" presId="urn:microsoft.com/office/officeart/2005/8/layout/process2"/>
    <dgm:cxn modelId="{A4CA89CF-865B-465C-8364-012464014CA0}" type="presOf" srcId="{3DC6F89E-B6BA-4309-BB2C-3BBEF69A5591}" destId="{65C59806-4151-47CA-8A98-C36EB50AC35C}" srcOrd="0" destOrd="0" presId="urn:microsoft.com/office/officeart/2005/8/layout/process2"/>
    <dgm:cxn modelId="{C347D4CF-3F25-46F0-BB81-103616E417E3}" type="presOf" srcId="{A083F189-AE2C-4150-92C6-BA383E7870DA}" destId="{7CBB263B-2A30-4A63-9966-A11D7611B14D}" srcOrd="0" destOrd="0" presId="urn:microsoft.com/office/officeart/2005/8/layout/process2"/>
    <dgm:cxn modelId="{D08FE6D6-0C18-4687-8306-F26C754FDCEC}" type="presOf" srcId="{959C3BD1-63FF-45E5-8ECF-BC9F8D76F28B}" destId="{E529A1DF-774C-4E3E-AFB1-207940A16313}" srcOrd="0" destOrd="0" presId="urn:microsoft.com/office/officeart/2005/8/layout/process2"/>
    <dgm:cxn modelId="{108937E5-F009-414A-A15B-93C4CEB70A81}" type="presOf" srcId="{F908E450-4D24-4774-AE4E-B0DA5E5508AE}" destId="{36ACF194-FFC4-41C0-8F28-DFB56562F909}" srcOrd="1" destOrd="0" presId="urn:microsoft.com/office/officeart/2005/8/layout/process2"/>
    <dgm:cxn modelId="{9E3FA6E5-FB8E-490B-A726-1D910483E71C}" type="presOf" srcId="{B3A02B7D-857A-4E5D-82D2-7ADF0F8213EB}" destId="{14721ADE-3C23-42CC-B174-F5A22379EC91}" srcOrd="0" destOrd="0" presId="urn:microsoft.com/office/officeart/2005/8/layout/process2"/>
    <dgm:cxn modelId="{3FA10B25-1045-484E-8283-C6394E41F91E}" type="presParOf" srcId="{EAB679C1-C750-4D53-B52D-BDF1AAAEB213}" destId="{22CFF08A-219B-496A-BD44-882E98B4434A}" srcOrd="0" destOrd="0" presId="urn:microsoft.com/office/officeart/2005/8/layout/process2"/>
    <dgm:cxn modelId="{584F1D1D-2C9E-4E33-84AF-C81BEEA1EF5D}" type="presParOf" srcId="{EAB679C1-C750-4D53-B52D-BDF1AAAEB213}" destId="{65C59806-4151-47CA-8A98-C36EB50AC35C}" srcOrd="1" destOrd="0" presId="urn:microsoft.com/office/officeart/2005/8/layout/process2"/>
    <dgm:cxn modelId="{224156D1-7A9B-4F51-B731-EFAF5B83D583}" type="presParOf" srcId="{65C59806-4151-47CA-8A98-C36EB50AC35C}" destId="{6F4E5915-F3C2-4D47-BD8E-1C615710B44D}" srcOrd="0" destOrd="0" presId="urn:microsoft.com/office/officeart/2005/8/layout/process2"/>
    <dgm:cxn modelId="{4DA94FCD-E09D-4E43-A703-D14DA6804F38}" type="presParOf" srcId="{EAB679C1-C750-4D53-B52D-BDF1AAAEB213}" destId="{0FCC2CB1-C033-46D6-9892-C739C135FA21}" srcOrd="2" destOrd="0" presId="urn:microsoft.com/office/officeart/2005/8/layout/process2"/>
    <dgm:cxn modelId="{AAAB1351-EB28-4DFD-ACB3-C415A7ABA2E7}" type="presParOf" srcId="{EAB679C1-C750-4D53-B52D-BDF1AAAEB213}" destId="{7CBB263B-2A30-4A63-9966-A11D7611B14D}" srcOrd="3" destOrd="0" presId="urn:microsoft.com/office/officeart/2005/8/layout/process2"/>
    <dgm:cxn modelId="{869D0BFF-1B25-49A8-9A8C-73E49A73AB3B}" type="presParOf" srcId="{7CBB263B-2A30-4A63-9966-A11D7611B14D}" destId="{C8895DBA-A179-4795-8271-C33A0764D3F1}" srcOrd="0" destOrd="0" presId="urn:microsoft.com/office/officeart/2005/8/layout/process2"/>
    <dgm:cxn modelId="{B35CFAA4-AAC7-49BE-95FE-C56361AD0B76}" type="presParOf" srcId="{EAB679C1-C750-4D53-B52D-BDF1AAAEB213}" destId="{A3BF0B49-19B1-4E36-8067-B6AB28181124}" srcOrd="4" destOrd="0" presId="urn:microsoft.com/office/officeart/2005/8/layout/process2"/>
    <dgm:cxn modelId="{C61D73C7-0048-4591-8488-D6FA8CB7C38D}" type="presParOf" srcId="{EAB679C1-C750-4D53-B52D-BDF1AAAEB213}" destId="{4925B7DD-03C2-42A5-A00E-A41B597F4BAB}" srcOrd="5" destOrd="0" presId="urn:microsoft.com/office/officeart/2005/8/layout/process2"/>
    <dgm:cxn modelId="{4A6F1C60-0C26-4922-B03B-1B3824F7CCD5}" type="presParOf" srcId="{4925B7DD-03C2-42A5-A00E-A41B597F4BAB}" destId="{36ACF194-FFC4-41C0-8F28-DFB56562F909}" srcOrd="0" destOrd="0" presId="urn:microsoft.com/office/officeart/2005/8/layout/process2"/>
    <dgm:cxn modelId="{472061E4-1E08-4452-A159-135F35D6D827}" type="presParOf" srcId="{EAB679C1-C750-4D53-B52D-BDF1AAAEB213}" destId="{E529A1DF-774C-4E3E-AFB1-207940A16313}" srcOrd="6" destOrd="0" presId="urn:microsoft.com/office/officeart/2005/8/layout/process2"/>
    <dgm:cxn modelId="{BFD64E25-CA3C-4754-828F-6CC2F59082DE}" type="presParOf" srcId="{EAB679C1-C750-4D53-B52D-BDF1AAAEB213}" destId="{E1AC2CB7-C201-41EA-AE37-96A7FE2F866E}" srcOrd="7" destOrd="0" presId="urn:microsoft.com/office/officeart/2005/8/layout/process2"/>
    <dgm:cxn modelId="{38712137-F205-4535-9093-D2A8A98F4CF1}" type="presParOf" srcId="{E1AC2CB7-C201-41EA-AE37-96A7FE2F866E}" destId="{CD7DEB7A-78AF-47B1-9038-FA4DFBD20CC2}" srcOrd="0" destOrd="0" presId="urn:microsoft.com/office/officeart/2005/8/layout/process2"/>
    <dgm:cxn modelId="{7CF97C9A-D10D-4C11-8200-9F38F1B39929}" type="presParOf" srcId="{EAB679C1-C750-4D53-B52D-BDF1AAAEB213}" destId="{C6FD032F-0856-4E74-AE3F-FD1C40B2F216}" srcOrd="8" destOrd="0" presId="urn:microsoft.com/office/officeart/2005/8/layout/process2"/>
    <dgm:cxn modelId="{87D31AEF-ADFF-4A6A-A85E-94C4376641F5}" type="presParOf" srcId="{EAB679C1-C750-4D53-B52D-BDF1AAAEB213}" destId="{14721ADE-3C23-42CC-B174-F5A22379EC91}" srcOrd="9" destOrd="0" presId="urn:microsoft.com/office/officeart/2005/8/layout/process2"/>
    <dgm:cxn modelId="{FCC34BC8-22D5-43EE-892B-3FA97B20C64C}" type="presParOf" srcId="{14721ADE-3C23-42CC-B174-F5A22379EC91}" destId="{5D735095-B543-44DF-9FF8-3CD3ED2E9C40}" srcOrd="0" destOrd="0" presId="urn:microsoft.com/office/officeart/2005/8/layout/process2"/>
    <dgm:cxn modelId="{D1F698C0-2983-402E-9614-5306C60862B6}" type="presParOf" srcId="{EAB679C1-C750-4D53-B52D-BDF1AAAEB213}" destId="{DD704F29-A5BD-44FC-95C9-5486957188C5}" srcOrd="10" destOrd="0" presId="urn:microsoft.com/office/officeart/2005/8/layout/process2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2CFF08A-219B-496A-BD44-882E98B4434A}">
      <dsp:nvSpPr>
        <dsp:cNvPr id="0" name=""/>
        <dsp:cNvSpPr/>
      </dsp:nvSpPr>
      <dsp:spPr>
        <a:xfrm>
          <a:off x="1452852" y="8076"/>
          <a:ext cx="3425897" cy="8564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kern="1200"/>
            <a:t>Client sends an Appeal request to FloraCert</a:t>
          </a:r>
          <a:endParaRPr lang="en-DE" sz="1200" kern="1200"/>
        </a:p>
      </dsp:txBody>
      <dsp:txXfrm>
        <a:off x="1477937" y="33161"/>
        <a:ext cx="3375727" cy="806304"/>
      </dsp:txXfrm>
    </dsp:sp>
    <dsp:sp modelId="{65C59806-4151-47CA-8A98-C36EB50AC35C}">
      <dsp:nvSpPr>
        <dsp:cNvPr id="0" name=""/>
        <dsp:cNvSpPr/>
      </dsp:nvSpPr>
      <dsp:spPr>
        <a:xfrm rot="5400000">
          <a:off x="3005212" y="885963"/>
          <a:ext cx="321177" cy="385413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lumMod val="60000"/>
            <a:lumOff val="4000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DE" sz="1600" kern="1200"/>
        </a:p>
      </dsp:txBody>
      <dsp:txXfrm rot="-5400000">
        <a:off x="3050178" y="918081"/>
        <a:ext cx="231247" cy="224824"/>
      </dsp:txXfrm>
    </dsp:sp>
    <dsp:sp modelId="{0FCC2CB1-C033-46D6-9892-C739C135FA21}">
      <dsp:nvSpPr>
        <dsp:cNvPr id="0" name=""/>
        <dsp:cNvSpPr/>
      </dsp:nvSpPr>
      <dsp:spPr>
        <a:xfrm>
          <a:off x="1452852" y="1292788"/>
          <a:ext cx="3425897" cy="8564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kern="1200"/>
            <a:t>FloraCert confirms the receipt of the Appeal request</a:t>
          </a:r>
          <a:endParaRPr lang="en-DE" sz="1200" kern="1200"/>
        </a:p>
      </dsp:txBody>
      <dsp:txXfrm>
        <a:off x="1477937" y="1317873"/>
        <a:ext cx="3375727" cy="806304"/>
      </dsp:txXfrm>
    </dsp:sp>
    <dsp:sp modelId="{7CBB263B-2A30-4A63-9966-A11D7611B14D}">
      <dsp:nvSpPr>
        <dsp:cNvPr id="0" name=""/>
        <dsp:cNvSpPr/>
      </dsp:nvSpPr>
      <dsp:spPr>
        <a:xfrm rot="5400000">
          <a:off x="3005212" y="2170674"/>
          <a:ext cx="321177" cy="385413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lumMod val="60000"/>
            <a:lumOff val="4000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DE" sz="1600" kern="1200"/>
        </a:p>
      </dsp:txBody>
      <dsp:txXfrm rot="-5400000">
        <a:off x="3050178" y="2202792"/>
        <a:ext cx="231247" cy="224824"/>
      </dsp:txXfrm>
    </dsp:sp>
    <dsp:sp modelId="{A3BF0B49-19B1-4E36-8067-B6AB28181124}">
      <dsp:nvSpPr>
        <dsp:cNvPr id="0" name=""/>
        <dsp:cNvSpPr/>
      </dsp:nvSpPr>
      <dsp:spPr>
        <a:xfrm>
          <a:off x="404339" y="2577499"/>
          <a:ext cx="5522923" cy="85605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/>
            <a:t>FloraCert appoints a qualified Certification Officer (CO), who has had no involvement in the inspection or certification decision related to the appealed matter, to review and manage the appeals. </a:t>
          </a:r>
          <a:endParaRPr lang="en-DE" sz="1200" kern="1200"/>
        </a:p>
      </dsp:txBody>
      <dsp:txXfrm>
        <a:off x="429412" y="2602572"/>
        <a:ext cx="5472777" cy="805908"/>
      </dsp:txXfrm>
    </dsp:sp>
    <dsp:sp modelId="{4925B7DD-03C2-42A5-A00E-A41B597F4BAB}">
      <dsp:nvSpPr>
        <dsp:cNvPr id="0" name=""/>
        <dsp:cNvSpPr/>
      </dsp:nvSpPr>
      <dsp:spPr>
        <a:xfrm rot="5400000">
          <a:off x="3005212" y="3454966"/>
          <a:ext cx="321177" cy="385413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lumMod val="60000"/>
            <a:lumOff val="4000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DE" sz="1600" kern="1200"/>
        </a:p>
      </dsp:txBody>
      <dsp:txXfrm rot="-5400000">
        <a:off x="3050178" y="3487084"/>
        <a:ext cx="231247" cy="224824"/>
      </dsp:txXfrm>
    </dsp:sp>
    <dsp:sp modelId="{E529A1DF-774C-4E3E-AFB1-207940A16313}">
      <dsp:nvSpPr>
        <dsp:cNvPr id="0" name=""/>
        <dsp:cNvSpPr/>
      </dsp:nvSpPr>
      <dsp:spPr>
        <a:xfrm>
          <a:off x="1452852" y="3861791"/>
          <a:ext cx="3425897" cy="8564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/>
            <a:t>The Certification Officer investigates the appeal, reviews the certification decision, and presents the outcome and final decision to the Quality Manager. </a:t>
          </a:r>
          <a:endParaRPr lang="en-DE" sz="1200" kern="1200"/>
        </a:p>
      </dsp:txBody>
      <dsp:txXfrm>
        <a:off x="1477937" y="3886876"/>
        <a:ext cx="3375727" cy="806304"/>
      </dsp:txXfrm>
    </dsp:sp>
    <dsp:sp modelId="{E1AC2CB7-C201-41EA-AE37-96A7FE2F866E}">
      <dsp:nvSpPr>
        <dsp:cNvPr id="0" name=""/>
        <dsp:cNvSpPr/>
      </dsp:nvSpPr>
      <dsp:spPr>
        <a:xfrm rot="5400000">
          <a:off x="3005212" y="4739677"/>
          <a:ext cx="321177" cy="385413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lumMod val="60000"/>
            <a:lumOff val="4000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DE" sz="1600" kern="1200"/>
        </a:p>
      </dsp:txBody>
      <dsp:txXfrm rot="-5400000">
        <a:off x="3050178" y="4771795"/>
        <a:ext cx="231247" cy="224824"/>
      </dsp:txXfrm>
    </dsp:sp>
    <dsp:sp modelId="{C6FD032F-0856-4E74-AE3F-FD1C40B2F216}">
      <dsp:nvSpPr>
        <dsp:cNvPr id="0" name=""/>
        <dsp:cNvSpPr/>
      </dsp:nvSpPr>
      <dsp:spPr>
        <a:xfrm>
          <a:off x="1452852" y="5146503"/>
          <a:ext cx="3425897" cy="8564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/>
            <a:t>The Quality Manager prepares the investigation report and shares the outcome with the client. </a:t>
          </a:r>
          <a:endParaRPr lang="en-DE" sz="1200" kern="1200"/>
        </a:p>
      </dsp:txBody>
      <dsp:txXfrm>
        <a:off x="1477937" y="5171588"/>
        <a:ext cx="3375727" cy="806304"/>
      </dsp:txXfrm>
    </dsp:sp>
    <dsp:sp modelId="{14721ADE-3C23-42CC-B174-F5A22379EC91}">
      <dsp:nvSpPr>
        <dsp:cNvPr id="0" name=""/>
        <dsp:cNvSpPr/>
      </dsp:nvSpPr>
      <dsp:spPr>
        <a:xfrm rot="5400000">
          <a:off x="3005212" y="6024389"/>
          <a:ext cx="321177" cy="385413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lumMod val="60000"/>
            <a:lumOff val="4000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DE" sz="1600" kern="1200"/>
        </a:p>
      </dsp:txBody>
      <dsp:txXfrm rot="-5400000">
        <a:off x="3050178" y="6056507"/>
        <a:ext cx="231247" cy="224824"/>
      </dsp:txXfrm>
    </dsp:sp>
    <dsp:sp modelId="{DD704F29-A5BD-44FC-95C9-5486957188C5}">
      <dsp:nvSpPr>
        <dsp:cNvPr id="0" name=""/>
        <dsp:cNvSpPr/>
      </dsp:nvSpPr>
      <dsp:spPr>
        <a:xfrm>
          <a:off x="763441" y="6431214"/>
          <a:ext cx="4804718" cy="152340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/>
            <a:t>Appeals shall be resolved within a reasonable timeframe, depending on their complexity. While standard cases may be resolved within 7 working days, complex matters particularly those involving third parties such as other certification bodies may require additional time, up to a maximum of 30 days. </a:t>
          </a:r>
          <a:endParaRPr lang="en-DE" sz="1200" kern="1200"/>
        </a:p>
      </dsp:txBody>
      <dsp:txXfrm>
        <a:off x="808060" y="6475833"/>
        <a:ext cx="4715480" cy="143416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2">
  <dgm:title val=""/>
  <dgm:desc val=""/>
  <dgm:catLst>
    <dgm:cat type="process" pri="1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Flow">
    <dgm:varLst>
      <dgm:resizeHandles val="exact"/>
    </dgm:varLst>
    <dgm:alg type="lin">
      <dgm:param type="linDir" val="fromT"/>
    </dgm:alg>
    <dgm:shape xmlns:r="http://schemas.openxmlformats.org/officeDocument/2006/relationships" r:blip="">
      <dgm:adjLst/>
    </dgm:shape>
    <dgm:presOf/>
    <dgm:constrLst>
      <dgm:constr type="h" for="ch" ptType="node" refType="h"/>
      <dgm:constr type="h" for="ch" ptType="sibTrans" refType="h" refFor="ch" refPtType="node" fact="0.5"/>
      <dgm:constr type="w" for="ch" ptType="node" op="equ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choose name="Name0">
          <dgm:if name="Name1" axis="root des" ptType="all node" func="maxDepth" op="gt" val="1">
            <dgm:alg type="tx">
              <dgm:param type="parTxLTRAlign" val="l"/>
              <dgm:param type="parTxRTLAlign" val="r"/>
              <dgm:param type="txAnchorVertCh" val="mid"/>
            </dgm:alg>
          </dgm:if>
          <dgm:else name="Name2">
            <dgm:alg type="tx"/>
          </dgm:else>
        </dgm:choose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w" refType="h" fact="1.8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w" val="NaN" fact="4" max="NaN"/>
          <dgm:rule type="primFontSz" val="5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w" refType="h" fact="0.9"/>
            <dgm:constr type="connDist"/>
            <dgm:constr type="wArH" refType="w" fact="0.5"/>
            <dgm:constr type="hArH" refType="w"/>
            <dgm:constr type="stemThick" refType="w" fact="0.6"/>
            <dgm:constr type="begPad" refType="connDist" fact="0.125"/>
            <dgm:constr type="endPad" refType="connDist" fact="0.125"/>
          </dgm:constrLst>
          <dgm:ruleLst/>
          <dgm:layoutNode name="connectorText">
            <dgm:alg type="tx">
              <dgm:param type="autoTxRot" val="upr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153</Words>
  <Characters>873</Characters>
  <Application>Microsoft Office Word</Application>
  <DocSecurity>8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1024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Tesfazgi  Solomun</cp:lastModifiedBy>
  <cp:revision>37</cp:revision>
  <cp:lastPrinted>2026-04-30T22:06:00Z</cp:lastPrinted>
  <dcterms:created xsi:type="dcterms:W3CDTF">2026-02-17T17:58:00Z</dcterms:created>
  <dcterms:modified xsi:type="dcterms:W3CDTF">2026-05-13T10:48:00Z</dcterms:modified>
  <cp:category/>
</cp:coreProperties>
</file>